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1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1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4861321</wp:posOffset>
                </wp:positionH>
                <wp:positionV relativeFrom="page">
                  <wp:posOffset>1938527</wp:posOffset>
                </wp:positionV>
                <wp:extent cx="4907756" cy="329184"/>
                <wp:effectExtent l="0" t="0" r="0" b="0"/>
                <wp:wrapNone/>
                <wp:docPr id="3120" name="Text 31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7756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51515"/>
                                <w:spacing w:val="129"/>
                                <w:sz w:val="43"/>
                                <w:szCs w:val="43"/>
                              </w:rPr>
                              <w:t xml:space="preserve">PLOTS AVAILABLE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3450531</wp:posOffset>
                </wp:positionH>
                <wp:positionV relativeFrom="page">
                  <wp:posOffset>2384755</wp:posOffset>
                </wp:positionV>
                <wp:extent cx="7637897" cy="3182112"/>
                <wp:effectExtent l="0" t="0" r="0" b="0"/>
                <wp:wrapNone/>
                <wp:docPr id="3121" name="Text 31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7897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151515"/>
                                <w:spacing w:val="-74"/>
                                <w:sz w:val="374"/>
                                <w:szCs w:val="374"/>
                              </w:rPr>
                              <w:t xml:space="preserve">Farm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3804595</wp:posOffset>
                </wp:positionH>
                <wp:positionV relativeFrom="page">
                  <wp:posOffset>4572000</wp:posOffset>
                </wp:positionV>
                <wp:extent cx="6949261" cy="3182112"/>
                <wp:effectExtent l="0" t="0" r="0" b="0"/>
                <wp:wrapNone/>
                <wp:docPr id="3122" name="Text 31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9261" cy="3182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11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i/>
                                <w:iCs/>
                                <w:color w:val="151515"/>
                                <w:spacing w:val="-68"/>
                                <w:sz w:val="374"/>
                                <w:szCs w:val="374"/>
                              </w:rPr>
                              <w:t xml:space="preserve">Plots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14209775</wp:posOffset>
                </wp:positionV>
                <wp:extent cx="3846143" cy="1097280"/>
                <wp:effectExtent l="0" t="0" r="0" b="0"/>
                <wp:wrapNone/>
                <wp:docPr id="3123" name="Text 31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6143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151515"/>
                                <w:sz w:val="43"/>
                                <w:szCs w:val="43"/>
                              </w:rPr>
                              <w:t xml:space="preserve">Gated farmland plots with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151515"/>
                                <w:sz w:val="43"/>
                                <w:szCs w:val="43"/>
                              </w:rPr>
                              <w:t xml:space="preserve">fruit trees and water</w:t>
                            </w:r>
                          </w:p>
                          <w:p>
                            <w:pPr>
                              <w:spacing w:before="0" w:after="0" w:line="63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151515"/>
                                <w:sz w:val="43"/>
                                <w:szCs w:val="43"/>
                              </w:rPr>
                              <w:t xml:space="preserve">connection.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17812512</wp:posOffset>
                </wp:positionV>
                <wp:extent cx="2961341" cy="256032"/>
                <wp:effectExtent l="0" t="0" r="0" b="0"/>
                <wp:wrapNone/>
                <wp:docPr id="3124" name="Text 31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1341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5534F"/>
                                <w:spacing w:val="50"/>
                                <w:sz w:val="35"/>
                                <w:szCs w:val="35"/>
                              </w:rPr>
                              <w:t xml:space="preserve">NEAR LONAVALA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10993259</wp:posOffset>
                </wp:positionH>
                <wp:positionV relativeFrom="page">
                  <wp:posOffset>17812512</wp:posOffset>
                </wp:positionV>
                <wp:extent cx="2631300" cy="256032"/>
                <wp:effectExtent l="0" t="0" r="0" b="0"/>
                <wp:wrapNone/>
                <wp:docPr id="3125" name="Text 31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1300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55534F"/>
                                <w:spacing w:val="51"/>
                                <w:sz w:val="35"/>
                                <w:szCs w:val="35"/>
                              </w:rPr>
                              <w:t xml:space="preserve">1,000 SQ YD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 Plots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