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2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2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1243584</wp:posOffset>
                </wp:positionV>
                <wp:extent cx="2337674" cy="457200"/>
                <wp:effectExtent l="0" t="0" r="0" b="0"/>
                <wp:wrapNone/>
                <wp:docPr id="3127" name="Text 31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7674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3ECE0"/>
                                <w:sz w:val="63"/>
                                <w:szCs w:val="63"/>
                              </w:rPr>
                              <w:t xml:space="preserve">LUXURY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12173407</wp:posOffset>
                </wp:positionH>
                <wp:positionV relativeFrom="page">
                  <wp:posOffset>1243584</wp:posOffset>
                </wp:positionV>
                <wp:extent cx="1597456" cy="457200"/>
                <wp:effectExtent l="0" t="0" r="0" b="0"/>
                <wp:wrapNone/>
                <wp:docPr id="3128" name="Text 31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456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3ECE0"/>
                                <w:sz w:val="63"/>
                                <w:szCs w:val="63"/>
                              </w:rPr>
                              <w:t xml:space="preserve">#01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1510588</wp:posOffset>
                </wp:positionV>
                <wp:extent cx="6325662" cy="4681728"/>
                <wp:effectExtent l="0" t="0" r="0" b="0"/>
                <wp:wrapNone/>
                <wp:docPr id="3129" name="Text 31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5662" cy="4681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72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F3ECE0"/>
                                <w:sz w:val="490"/>
                                <w:szCs w:val="490"/>
                              </w:rPr>
                              <w:t xml:space="preserve">THE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4520793</wp:posOffset>
                </wp:positionV>
                <wp:extent cx="13697712" cy="4297680"/>
                <wp:effectExtent l="0" t="0" r="0" b="0"/>
                <wp:wrapNone/>
                <wp:docPr id="3130" name="Text 31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7712" cy="429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768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F3ECE0"/>
                                <w:spacing w:val="197"/>
                                <w:sz w:val="450"/>
                                <w:szCs w:val="450"/>
                              </w:rPr>
                              <w:t xml:space="preserve">PENTHOUSE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9674352</wp:posOffset>
                </wp:positionH>
                <wp:positionV relativeFrom="page">
                  <wp:posOffset>8855049</wp:posOffset>
                </wp:positionV>
                <wp:extent cx="3981869" cy="1717242"/>
                <wp:effectExtent l="0" t="0" r="0" b="0"/>
                <wp:wrapNone/>
                <wp:docPr id="3131" name="Text 31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869" cy="17172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3ECE0"/>
                                <w:sz w:val="52"/>
                                <w:szCs w:val="52"/>
                              </w:rPr>
                              <w:t xml:space="preserve">Double-height</w:t>
                            </w:r>
                          </w:p>
                          <w:p>
                            <w:pPr>
                              <w:spacing w:before="0" w:after="0" w:line="69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3ECE0"/>
                                <w:sz w:val="52"/>
                                <w:szCs w:val="52"/>
                              </w:rPr>
                              <w:t xml:space="preserve">living room,</w:t>
                            </w:r>
                          </w:p>
                          <w:p>
                            <w:pPr>
                              <w:spacing w:before="0" w:after="0" w:line="69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3ECE0"/>
                                <w:sz w:val="52"/>
                                <w:szCs w:val="52"/>
                              </w:rPr>
                              <w:t xml:space="preserve">private terrace</w:t>
                            </w:r>
                          </w:p>
                          <w:p>
                            <w:pPr>
                              <w:spacing w:before="0" w:after="0" w:line="69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3ECE0"/>
                                <w:sz w:val="52"/>
                                <w:szCs w:val="52"/>
                              </w:rPr>
                              <w:t xml:space="preserve">and city views.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15307056</wp:posOffset>
                </wp:positionV>
                <wp:extent cx="1453642" cy="292608"/>
                <wp:effectExtent l="0" t="0" r="0" b="0"/>
                <wp:wrapNone/>
                <wp:docPr id="3132" name="Text 31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642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3ECE0"/>
                                <w:sz w:val="40"/>
                                <w:szCs w:val="40"/>
                              </w:rPr>
                              <w:t xml:space="preserve">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15892271</wp:posOffset>
                </wp:positionV>
                <wp:extent cx="3150371" cy="493775"/>
                <wp:effectExtent l="0" t="0" r="0" b="0"/>
                <wp:wrapNone/>
                <wp:docPr id="3133" name="Text 31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0371" cy="49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7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3ECE0"/>
                                <w:sz w:val="63"/>
                                <w:szCs w:val="63"/>
                              </w:rPr>
                              <w:t xml:space="preserve">4,200 sq ft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5431536</wp:posOffset>
                </wp:positionH>
                <wp:positionV relativeFrom="page">
                  <wp:posOffset>15307056</wp:posOffset>
                </wp:positionV>
                <wp:extent cx="1443266" cy="292608"/>
                <wp:effectExtent l="0" t="0" r="0" b="0"/>
                <wp:wrapNone/>
                <wp:docPr id="3134" name="Text 31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266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3ECE0"/>
                                <w:sz w:val="40"/>
                                <w:szCs w:val="40"/>
                              </w:rPr>
                              <w:t xml:space="preserve">BEDS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5431536</wp:posOffset>
                </wp:positionH>
                <wp:positionV relativeFrom="page">
                  <wp:posOffset>15892271</wp:posOffset>
                </wp:positionV>
                <wp:extent cx="1114825" cy="493775"/>
                <wp:effectExtent l="0" t="0" r="0" b="0"/>
                <wp:wrapNone/>
                <wp:docPr id="3135" name="Text 31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825" cy="49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7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3ECE0"/>
                                <w:sz w:val="63"/>
                                <w:szCs w:val="63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10003536</wp:posOffset>
                </wp:positionH>
                <wp:positionV relativeFrom="page">
                  <wp:posOffset>15307056</wp:posOffset>
                </wp:positionV>
                <wp:extent cx="1597571" cy="292608"/>
                <wp:effectExtent l="0" t="0" r="0" b="0"/>
                <wp:wrapNone/>
                <wp:docPr id="3136" name="Text 31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571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3ECE0"/>
                                <w:sz w:val="40"/>
                                <w:szCs w:val="40"/>
                              </w:rPr>
                              <w:t xml:space="preserve">PRICE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10003536</wp:posOffset>
                </wp:positionH>
                <wp:positionV relativeFrom="page">
                  <wp:posOffset>15892271</wp:posOffset>
                </wp:positionV>
                <wp:extent cx="3261069" cy="493775"/>
                <wp:effectExtent l="0" t="0" r="0" b="0"/>
                <wp:wrapNone/>
                <wp:docPr id="3137" name="Text 31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069" cy="49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7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3ECE0"/>
                                <w:sz w:val="63"/>
                                <w:szCs w:val="63"/>
                              </w:rPr>
                              <w:t xml:space="preserve">On request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Penthouse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