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4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4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5076220</wp:posOffset>
                </wp:positionH>
                <wp:positionV relativeFrom="page">
                  <wp:posOffset>2487168</wp:posOffset>
                </wp:positionV>
                <wp:extent cx="4477959" cy="329184"/>
                <wp:effectExtent l="0" t="0" r="0" b="0"/>
                <wp:wrapNone/>
                <wp:docPr id="3145" name="Text 31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7959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BF3A00"/>
                                <w:spacing w:val="172"/>
                                <w:sz w:val="43"/>
                                <w:szCs w:val="43"/>
                              </w:rPr>
                              <w:t xml:space="preserve">HOLIDAY HOME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4777782</wp:posOffset>
                </wp:positionH>
                <wp:positionV relativeFrom="page">
                  <wp:posOffset>8460028</wp:posOffset>
                </wp:positionV>
                <wp:extent cx="5074834" cy="2651760"/>
                <wp:effectExtent l="0" t="0" r="0" b="0"/>
                <wp:wrapNone/>
                <wp:docPr id="3146" name="Text 31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4834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6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51515"/>
                                <w:sz w:val="346"/>
                                <w:szCs w:val="346"/>
                              </w:rPr>
                              <w:t xml:space="preserve">Hill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2392801</wp:posOffset>
                </wp:positionH>
                <wp:positionV relativeFrom="page">
                  <wp:posOffset>10479024</wp:posOffset>
                </wp:positionV>
                <wp:extent cx="9844795" cy="2651760"/>
                <wp:effectExtent l="0" t="0" r="0" b="0"/>
                <wp:wrapNone/>
                <wp:docPr id="3147" name="Text 31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4795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6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51515"/>
                                <w:spacing w:val="58"/>
                                <w:sz w:val="346"/>
                                <w:szCs w:val="346"/>
                              </w:rPr>
                              <w:t xml:space="preserve">Cottage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2590532</wp:posOffset>
                </wp:positionH>
                <wp:positionV relativeFrom="page">
                  <wp:posOffset>13240512</wp:posOffset>
                </wp:positionV>
                <wp:extent cx="9463756" cy="1068019"/>
                <wp:effectExtent l="0" t="0" r="0" b="0"/>
                <wp:wrapNone/>
                <wp:docPr id="3148" name="Text 31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3756" cy="1068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51515"/>
                                <w:sz w:val="66"/>
                                <w:szCs w:val="66"/>
                              </w:rPr>
                              <w:t xml:space="preserve">Stone cottage with a fireplace and a valley</w:t>
                            </w:r>
                          </w:p>
                          <w:p>
                            <w:pPr>
                              <w:spacing w:before="0" w:after="0" w:line="961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51515"/>
                                <w:sz w:val="66"/>
                                <w:szCs w:val="66"/>
                              </w:rPr>
                              <w:t xml:space="preserve">view.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6072987</wp:posOffset>
                </wp:positionH>
                <wp:positionV relativeFrom="page">
                  <wp:posOffset>14703552</wp:posOffset>
                </wp:positionV>
                <wp:extent cx="2484424" cy="1627632"/>
                <wp:effectExtent l="0" t="0" r="0" b="0"/>
                <wp:wrapNone/>
                <wp:docPr id="3149" name="Text 31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4424" cy="16276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51515"/>
                                <w:spacing w:val="88"/>
                                <w:sz w:val="49"/>
                                <w:szCs w:val="49"/>
                              </w:rPr>
                              <w:t xml:space="preserve">3</w:t>
                            </w:r>
                          </w:p>
                          <w:p>
                            <w:pPr>
                              <w:spacing w:before="0" w:after="0" w:line="97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51515"/>
                                <w:spacing w:val="88"/>
                                <w:sz w:val="49"/>
                                <w:szCs w:val="49"/>
                              </w:rPr>
                              <w:t xml:space="preserve">0.5 ACRE</w:t>
                            </w:r>
                          </w:p>
                          <w:p>
                            <w:pPr>
                              <w:spacing w:before="0" w:after="0" w:line="97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51515"/>
                                <w:spacing w:val="86"/>
                                <w:sz w:val="49"/>
                                <w:szCs w:val="49"/>
                              </w:rPr>
                              <w:t xml:space="preserve">₹1.1 CR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Hill Cottage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