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0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0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4431182</wp:posOffset>
                </wp:positionH>
                <wp:positionV relativeFrom="page">
                  <wp:posOffset>1042416</wp:posOffset>
                </wp:positionV>
                <wp:extent cx="2536545" cy="292608"/>
                <wp:effectExtent l="0" t="0" r="0" b="0"/>
                <wp:wrapNone/>
                <wp:docPr id="302" name="Text 3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6545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3ECE0"/>
                                <w:spacing w:val="54"/>
                                <w:sz w:val="40"/>
                                <w:szCs w:val="40"/>
                              </w:rPr>
                              <w:t xml:space="preserve">HOME TOUR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4431182</wp:posOffset>
                </wp:positionH>
                <wp:positionV relativeFrom="page">
                  <wp:posOffset>11503152</wp:posOffset>
                </wp:positionV>
                <wp:extent cx="9620145" cy="1058875"/>
                <wp:effectExtent l="0" t="0" r="0" b="0"/>
                <wp:wrapNone/>
                <wp:docPr id="303" name="Text 3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145" cy="1058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4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3ECE0"/>
                                <w:sz w:val="63"/>
                                <w:szCs w:val="63"/>
                              </w:rPr>
                              <w:t xml:space="preserve">Take a virtual walk through a restored</w:t>
                            </w:r>
                          </w:p>
                          <w:p>
                            <w:pPr>
                              <w:spacing w:before="0" w:after="0" w:line="91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3ECE0"/>
                                <w:sz w:val="63"/>
                                <w:szCs w:val="63"/>
                              </w:rPr>
                              <w:t xml:space="preserve">1960s bungalow.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4431182</wp:posOffset>
                </wp:positionH>
                <wp:positionV relativeFrom="page">
                  <wp:posOffset>14996160</wp:posOffset>
                </wp:positionV>
                <wp:extent cx="1556822" cy="237744"/>
                <wp:effectExtent l="0" t="0" r="0" b="0"/>
                <wp:wrapNone/>
                <wp:docPr id="304" name="Text 3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822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5A7A3"/>
                                <w:spacing w:val="42"/>
                                <w:sz w:val="32"/>
                                <w:szCs w:val="32"/>
                              </w:rPr>
                              <w:t xml:space="preserve">BUILT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4431182</wp:posOffset>
                </wp:positionH>
                <wp:positionV relativeFrom="page">
                  <wp:posOffset>15252192</wp:posOffset>
                </wp:positionV>
                <wp:extent cx="1566024" cy="365759"/>
                <wp:effectExtent l="0" t="0" r="0" b="0"/>
                <wp:wrapNone/>
                <wp:docPr id="305" name="Text 3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6024" cy="365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3ECE0"/>
                                <w:sz w:val="49"/>
                                <w:szCs w:val="49"/>
                              </w:rPr>
                              <w:t xml:space="preserve">1962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4431182</wp:posOffset>
                </wp:positionH>
                <wp:positionV relativeFrom="page">
                  <wp:posOffset>15837408</wp:posOffset>
                </wp:positionV>
                <wp:extent cx="1407375" cy="237744"/>
                <wp:effectExtent l="0" t="0" r="0" b="0"/>
                <wp:wrapNone/>
                <wp:docPr id="306" name="Text 3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7375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5A7A3"/>
                                <w:spacing w:val="44"/>
                                <w:sz w:val="32"/>
                                <w:szCs w:val="32"/>
                              </w:rPr>
                              <w:t xml:space="preserve">BEDS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4431182</wp:posOffset>
                </wp:positionH>
                <wp:positionV relativeFrom="page">
                  <wp:posOffset>16093440</wp:posOffset>
                </wp:positionV>
                <wp:extent cx="1041101" cy="365759"/>
                <wp:effectExtent l="0" t="0" r="0" b="0"/>
                <wp:wrapNone/>
                <wp:docPr id="307" name="Text 3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101" cy="365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3ECE0"/>
                                <w:sz w:val="49"/>
                                <w:szCs w:val="49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4431182</wp:posOffset>
                </wp:positionH>
                <wp:positionV relativeFrom="page">
                  <wp:posOffset>16678656</wp:posOffset>
                </wp:positionV>
                <wp:extent cx="1705984" cy="237744"/>
                <wp:effectExtent l="0" t="0" r="0" b="0"/>
                <wp:wrapNone/>
                <wp:docPr id="308" name="Text 3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5984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5A7A3"/>
                                <w:spacing w:val="44"/>
                                <w:sz w:val="32"/>
                                <w:szCs w:val="32"/>
                              </w:rPr>
                              <w:t xml:space="preserve">GARDEN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4431182</wp:posOffset>
                </wp:positionH>
                <wp:positionV relativeFrom="page">
                  <wp:posOffset>16934688</wp:posOffset>
                </wp:positionV>
                <wp:extent cx="1388859" cy="365759"/>
                <wp:effectExtent l="0" t="0" r="0" b="0"/>
                <wp:wrapNone/>
                <wp:docPr id="309" name="Text 3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8859" cy="365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3ECE0"/>
                                <w:sz w:val="49"/>
                                <w:szCs w:val="49"/>
                              </w:rPr>
                              <w:t xml:space="preserve">Yes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Inside No. 14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