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2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2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8939174</wp:posOffset>
                </wp:positionV>
                <wp:extent cx="6995502" cy="3529584"/>
                <wp:effectExtent l="0" t="0" r="0" b="0"/>
                <wp:wrapNone/>
                <wp:docPr id="3025" name="Text 30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5502" cy="3529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558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111111"/>
                                <w:sz w:val="369"/>
                                <w:szCs w:val="369"/>
                              </w:rPr>
                              <w:t xml:space="preserve">UP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11093500</wp:posOffset>
                </wp:positionV>
                <wp:extent cx="11371478" cy="3529584"/>
                <wp:effectExtent l="0" t="0" r="0" b="0"/>
                <wp:wrapNone/>
                <wp:docPr id="3026" name="Text 30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1478" cy="3529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558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111111"/>
                                <w:spacing w:val="-33"/>
                                <w:sz w:val="369"/>
                                <w:szCs w:val="369"/>
                              </w:rPr>
                              <w:t xml:space="preserve">50% OFF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1133856</wp:posOffset>
                </wp:positionV>
                <wp:extent cx="3276323" cy="329184"/>
                <wp:effectExtent l="0" t="0" r="0" b="0"/>
                <wp:wrapNone/>
                <wp:docPr id="3027" name="Text 30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323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0"/>
                                <w:sz w:val="43"/>
                                <w:szCs w:val="43"/>
                              </w:rPr>
                              <w:t xml:space="preserve">FESTIVE SALE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12131802</wp:posOffset>
                </wp:positionH>
                <wp:positionV relativeFrom="page">
                  <wp:posOffset>1133856</wp:posOffset>
                </wp:positionV>
                <wp:extent cx="1492758" cy="329184"/>
                <wp:effectExtent l="0" t="0" r="0" b="0"/>
                <wp:wrapNone/>
                <wp:docPr id="3028" name="Text 30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2758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3"/>
                                <w:szCs w:val="43"/>
                              </w:rPr>
                              <w:t xml:space="preserve">№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14367052</wp:posOffset>
                </wp:positionV>
                <wp:extent cx="9087621" cy="932688"/>
                <wp:effectExtent l="0" t="0" r="0" b="0"/>
                <wp:wrapNone/>
                <wp:docPr id="3029" name="Text 30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7621" cy="932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58"/>
                                <w:szCs w:val="58"/>
                              </w:rPr>
                              <w:t xml:space="preserve">On kurtas, sarees and festive edits. Online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58"/>
                                <w:szCs w:val="58"/>
                              </w:rPr>
                              <w:t xml:space="preserve">and in store.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16678656</wp:posOffset>
                </wp:positionV>
                <wp:extent cx="1379703" cy="237744"/>
                <wp:effectExtent l="0" t="0" r="0" b="0"/>
                <wp:wrapNone/>
                <wp:docPr id="3030" name="Text 30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70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C6862"/>
                                <w:spacing w:val="33"/>
                                <w:sz w:val="31"/>
                                <w:szCs w:val="31"/>
                              </w:rPr>
                              <w:t xml:space="preserve"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17016983</wp:posOffset>
                </wp:positionV>
                <wp:extent cx="1670824" cy="310896"/>
                <wp:effectExtent l="0" t="0" r="0" b="0"/>
                <wp:wrapNone/>
                <wp:docPr id="3031" name="Text 30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0824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43"/>
                                <w:szCs w:val="43"/>
                              </w:rPr>
                              <w:t xml:space="preserve">20 Oct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16678656</wp:posOffset>
                </wp:positionV>
                <wp:extent cx="1379703" cy="237744"/>
                <wp:effectExtent l="0" t="0" r="0" b="0"/>
                <wp:wrapNone/>
                <wp:docPr id="3032" name="Text 30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70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C6862"/>
                                <w:spacing w:val="37"/>
                                <w:sz w:val="31"/>
                                <w:szCs w:val="31"/>
                              </w:rPr>
                              <w:t xml:space="preserve">TILL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17016983</wp:posOffset>
                </wp:positionV>
                <wp:extent cx="1591145" cy="310896"/>
                <wp:effectExtent l="0" t="0" r="0" b="0"/>
                <wp:wrapNone/>
                <wp:docPr id="3033" name="Text 30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145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43"/>
                                <w:szCs w:val="43"/>
                              </w:rPr>
                              <w:t xml:space="preserve">5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16678656</wp:posOffset>
                </wp:positionV>
                <wp:extent cx="1379703" cy="237744"/>
                <wp:effectExtent l="0" t="0" r="0" b="0"/>
                <wp:wrapNone/>
                <wp:docPr id="3034" name="Text 30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70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C6862"/>
                                <w:spacing w:val="37"/>
                                <w:sz w:val="31"/>
                                <w:szCs w:val="31"/>
                              </w:rPr>
                              <w:t xml:space="preserve">CODE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17016983</wp:posOffset>
                </wp:positionV>
                <wp:extent cx="1838515" cy="310896"/>
                <wp:effectExtent l="0" t="0" r="0" b="0"/>
                <wp:wrapNone/>
                <wp:docPr id="3035" name="Text 30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515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43"/>
                                <w:szCs w:val="43"/>
                              </w:rPr>
                              <w:t xml:space="preserve">FEST50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 to 50% Off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