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03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03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2075003</wp:posOffset>
                </wp:positionH>
                <wp:positionV relativeFrom="page">
                  <wp:posOffset>14136623</wp:posOffset>
                </wp:positionV>
                <wp:extent cx="10488195" cy="923544"/>
                <wp:effectExtent l="0" t="0" r="0" b="0"/>
                <wp:wrapNone/>
                <wp:docPr id="3037" name="Text 30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8195" cy="923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6F1E8"/>
                                <w:sz w:val="55"/>
                                <w:szCs w:val="55"/>
                              </w:rPr>
                              <w:t xml:space="preserve">Everything in the studio shop at 30% off for 24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center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6F1E8"/>
                                <w:sz w:val="55"/>
                                <w:szCs w:val="55"/>
                              </w:rPr>
                              <w:t xml:space="preserve">hours.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4144375</wp:posOffset>
                </wp:positionH>
                <wp:positionV relativeFrom="page">
                  <wp:posOffset>15837408</wp:posOffset>
                </wp:positionV>
                <wp:extent cx="6341649" cy="329184"/>
                <wp:effectExtent l="0" t="0" r="0" b="0"/>
                <wp:wrapNone/>
                <wp:docPr id="3038" name="Text 30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1649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7A1A"/>
                                <w:spacing w:val="37"/>
                                <w:sz w:val="43"/>
                                <w:szCs w:val="43"/>
                              </w:rPr>
                              <w:t xml:space="preserve">MIDNIGHT  /  FLASH30  /  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Today Only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