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29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9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1349654</wp:posOffset>
                </wp:positionV>
                <wp:extent cx="13551408" cy="2340864"/>
                <wp:effectExtent l="0" t="0" r="0" b="0"/>
                <wp:wrapNone/>
                <wp:docPr id="292" name="Text 2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1408" cy="2340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8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pacing w:val="-6"/>
                                <w:sz w:val="317"/>
                                <w:szCs w:val="317"/>
                              </w:rPr>
                              <w:t xml:space="preserve">CLEARANCE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3306127" cy="292608"/>
                <wp:effectExtent l="0" t="0" r="0" b="0"/>
                <wp:wrapNone/>
                <wp:docPr id="293" name="Text 2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6127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pacing w:val="56"/>
                                <w:sz w:val="40"/>
                                <w:szCs w:val="40"/>
                              </w:rPr>
                              <w:t xml:space="preserve">END OF SEASON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13533119</wp:posOffset>
                </wp:positionV>
                <wp:extent cx="10215619" cy="1040587"/>
                <wp:effectExtent l="0" t="0" r="0" b="0"/>
                <wp:wrapNone/>
                <wp:docPr id="294" name="Text 2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5619" cy="1040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0B0B0B"/>
                                <w:sz w:val="63"/>
                                <w:szCs w:val="63"/>
                              </w:rPr>
                              <w:t xml:space="preserve">Last sizes, last colours, lowest</w:t>
                            </w:r>
                          </w:p>
                          <w:p>
                            <w:pPr>
                              <w:spacing w:before="0" w:after="0" w:line="9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0B0B0B"/>
                                <w:sz w:val="63"/>
                                <w:szCs w:val="63"/>
                              </w:rPr>
                              <w:t xml:space="preserve">prices of the year.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16276319</wp:posOffset>
                </wp:positionV>
                <wp:extent cx="1665168" cy="237744"/>
                <wp:effectExtent l="0" t="0" r="0" b="0"/>
                <wp:wrapNone/>
                <wp:docPr id="295" name="Text 2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168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16C23"/>
                                <w:spacing w:val="37"/>
                                <w:sz w:val="31"/>
                                <w:szCs w:val="31"/>
                              </w:rPr>
                              <w:t xml:space="preserve">STARTS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16614648</wp:posOffset>
                </wp:positionV>
                <wp:extent cx="1657921" cy="329184"/>
                <wp:effectExtent l="0" t="0" r="0" b="0"/>
                <wp:wrapNone/>
                <wp:docPr id="296" name="Text 2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921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z w:val="43"/>
                                <w:szCs w:val="43"/>
                              </w:rPr>
                              <w:t xml:space="preserve">1 Jul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16276319</wp:posOffset>
                </wp:positionV>
                <wp:extent cx="1379703" cy="237744"/>
                <wp:effectExtent l="0" t="0" r="0" b="0"/>
                <wp:wrapNone/>
                <wp:docPr id="297" name="Text 2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16C23"/>
                                <w:spacing w:val="37"/>
                                <w:sz w:val="31"/>
                                <w:szCs w:val="31"/>
                              </w:rPr>
                              <w:t xml:space="preserve">UPTO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16614648</wp:posOffset>
                </wp:positionV>
                <wp:extent cx="1988248" cy="329184"/>
                <wp:effectExtent l="0" t="0" r="0" b="0"/>
                <wp:wrapNone/>
                <wp:docPr id="298" name="Text 2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248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z w:val="43"/>
                                <w:szCs w:val="43"/>
                              </w:rPr>
                              <w:t xml:space="preserve">70% off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16276319</wp:posOffset>
                </wp:positionV>
                <wp:extent cx="1665168" cy="237744"/>
                <wp:effectExtent l="0" t="0" r="0" b="0"/>
                <wp:wrapNone/>
                <wp:docPr id="299" name="Text 2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168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16C23"/>
                                <w:spacing w:val="37"/>
                                <w:sz w:val="31"/>
                                <w:szCs w:val="31"/>
                              </w:rPr>
                              <w:t xml:space="preserve">STORES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16614648</wp:posOffset>
                </wp:positionV>
                <wp:extent cx="1327594" cy="329184"/>
                <wp:effectExtent l="0" t="0" r="0" b="0"/>
                <wp:wrapNone/>
                <wp:docPr id="300" name="Text 3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594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z w:val="43"/>
                                <w:szCs w:val="43"/>
                              </w:rPr>
                              <w:t xml:space="preserve">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Clearance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