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5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5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1664208</wp:posOffset>
                </wp:positionH>
                <wp:positionV relativeFrom="page">
                  <wp:posOffset>4937760</wp:posOffset>
                </wp:positionV>
                <wp:extent cx="3361763" cy="329184"/>
                <wp:effectExtent l="0" t="0" r="0" b="0"/>
                <wp:wrapNone/>
                <wp:docPr id="3051" name="Text 30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1763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412C"/>
                                <w:spacing w:val="66"/>
                                <w:sz w:val="43"/>
                                <w:szCs w:val="43"/>
                              </w:rPr>
                              <w:t xml:space="preserve">NEW CUSTOMER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5427878</wp:posOffset>
                </wp:positionV>
                <wp:extent cx="5745175" cy="3017520"/>
                <wp:effectExtent l="0" t="0" r="0" b="0"/>
                <wp:wrapNone/>
                <wp:docPr id="3052" name="Text 30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175" cy="301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6EC"/>
                                <w:sz w:val="317"/>
                                <w:szCs w:val="317"/>
                              </w:rPr>
                              <w:t xml:space="preserve">FIRST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7278624</wp:posOffset>
                </wp:positionV>
                <wp:extent cx="12390119" cy="3017520"/>
                <wp:effectExtent l="0" t="0" r="0" b="0"/>
                <wp:wrapNone/>
                <wp:docPr id="3053" name="Text 30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0119" cy="301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6EC"/>
                                <w:spacing w:val="224"/>
                                <w:sz w:val="317"/>
                                <w:szCs w:val="317"/>
                              </w:rPr>
                              <w:t xml:space="preserve">ORDER OFF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10113264</wp:posOffset>
                </wp:positionV>
                <wp:extent cx="9982704" cy="1040587"/>
                <wp:effectExtent l="0" t="0" r="0" b="0"/>
                <wp:wrapNone/>
                <wp:docPr id="3054" name="Text 30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704" cy="1040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6EC"/>
                                <w:sz w:val="63"/>
                                <w:szCs w:val="63"/>
                              </w:rPr>
                              <w:t xml:space="preserve">Get ₹200 off your first grocery order above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6EC"/>
                                <w:sz w:val="63"/>
                                <w:szCs w:val="63"/>
                              </w:rPr>
                              <w:t xml:space="preserve">₹999.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1737359</wp:posOffset>
                </wp:positionH>
                <wp:positionV relativeFrom="page">
                  <wp:posOffset>13716000</wp:posOffset>
                </wp:positionV>
                <wp:extent cx="3656114" cy="457200"/>
                <wp:effectExtent l="0" t="0" r="0" b="0"/>
                <wp:wrapNone/>
                <wp:docPr id="3055" name="Text 30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11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6EC"/>
                                <w:sz w:val="63"/>
                                <w:szCs w:val="63"/>
                              </w:rPr>
                              <w:t xml:space="preserve">Learn more  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4874094</wp:posOffset>
                </wp:positionH>
                <wp:positionV relativeFrom="page">
                  <wp:posOffset>17135856</wp:posOffset>
                </wp:positionV>
                <wp:extent cx="4882210" cy="292608"/>
                <wp:effectExtent l="0" t="0" r="0" b="0"/>
                <wp:wrapNone/>
                <wp:docPr id="3056" name="Text 30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221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6EC"/>
                                <w:spacing w:val="80"/>
                                <w:sz w:val="40"/>
                                <w:szCs w:val="40"/>
                              </w:rPr>
                              <w:t xml:space="preserve">SAMPLE GROCERY APP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Order Off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