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06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06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5174989</wp:posOffset>
                </wp:positionH>
                <wp:positionV relativeFrom="page">
                  <wp:posOffset>530352</wp:posOffset>
                </wp:positionV>
                <wp:extent cx="4280420" cy="292608"/>
                <wp:effectExtent l="0" t="0" r="0" b="0"/>
                <wp:wrapNone/>
                <wp:docPr id="3064" name="Text 30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0420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120"/>
                                <w:sz w:val="40"/>
                                <w:szCs w:val="40"/>
                              </w:rPr>
                              <w:t xml:space="preserve">BACK TO SCHOOL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4724576</wp:posOffset>
                </wp:positionH>
                <wp:positionV relativeFrom="page">
                  <wp:posOffset>17593056</wp:posOffset>
                </wp:positionV>
                <wp:extent cx="5181247" cy="292608"/>
                <wp:effectExtent l="0" t="0" r="0" b="0"/>
                <wp:wrapNone/>
                <wp:docPr id="3065" name="Text 30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247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120"/>
                                <w:sz w:val="40"/>
                                <w:szCs w:val="40"/>
                              </w:rPr>
                              <w:t xml:space="preserve">SAMPLE STATIONERY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1655113</wp:posOffset>
                </wp:positionH>
                <wp:positionV relativeFrom="page">
                  <wp:posOffset>3328416</wp:posOffset>
                </wp:positionV>
                <wp:extent cx="11362513" cy="3291840"/>
                <wp:effectExtent l="0" t="0" r="0" b="0"/>
                <wp:wrapNone/>
                <wp:docPr id="3066" name="Text 30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2513" cy="329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4" w:lineRule="exact"/>
                              <w:jc w:val="center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0D2B22"/>
                                <w:spacing w:val="260"/>
                                <w:sz w:val="432"/>
                                <w:szCs w:val="432"/>
                              </w:rPr>
                              <w:t xml:space="preserve">BACK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2394288</wp:posOffset>
                </wp:positionH>
                <wp:positionV relativeFrom="page">
                  <wp:posOffset>5852159</wp:posOffset>
                </wp:positionV>
                <wp:extent cx="9948951" cy="3291840"/>
                <wp:effectExtent l="0" t="0" r="0" b="0"/>
                <wp:wrapNone/>
                <wp:docPr id="3067" name="Text 30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48951" cy="329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4" w:lineRule="exact"/>
                              <w:jc w:val="center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0D2B22"/>
                                <w:spacing w:val="146"/>
                                <w:sz w:val="432"/>
                                <w:szCs w:val="432"/>
                              </w:rPr>
                              <w:t xml:space="preserve">SCHOOL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2275927</wp:posOffset>
                </wp:positionH>
                <wp:positionV relativeFrom="page">
                  <wp:posOffset>8887967</wp:posOffset>
                </wp:positionV>
                <wp:extent cx="10078545" cy="978407"/>
                <wp:effectExtent l="0" t="0" r="0" b="0"/>
                <wp:wrapNone/>
                <wp:docPr id="3068" name="Text 30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78545" cy="978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0D2B22"/>
                                <w:sz w:val="60"/>
                                <w:szCs w:val="60"/>
                              </w:rPr>
                              <w:t xml:space="preserve">Bags, books and bottles — everything for the</w:t>
                            </w:r>
                          </w:p>
                          <w:p>
                            <w:pPr>
                              <w:spacing w:before="0" w:after="0" w:line="87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0D2B22"/>
                                <w:sz w:val="60"/>
                                <w:szCs w:val="60"/>
                              </w:rPr>
                              <w:t xml:space="preserve">new term.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5339267</wp:posOffset>
                </wp:positionH>
                <wp:positionV relativeFrom="page">
                  <wp:posOffset>16203167</wp:posOffset>
                </wp:positionV>
                <wp:extent cx="3951865" cy="310896"/>
                <wp:effectExtent l="0" t="0" r="0" b="0"/>
                <wp:wrapNone/>
                <wp:docPr id="3069" name="Text 30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1865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pacing w:val="40"/>
                                <w:sz w:val="46"/>
                                <w:szCs w:val="46"/>
                              </w:rPr>
                              <w:t xml:space="preserve">35% OFF  ·  15 JUN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 to School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