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7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7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530352</wp:posOffset>
                </wp:positionH>
                <wp:positionV relativeFrom="page">
                  <wp:posOffset>-248716</wp:posOffset>
                </wp:positionV>
                <wp:extent cx="13062204" cy="14721840"/>
                <wp:effectExtent l="0" t="0" r="0" b="0"/>
                <wp:wrapNone/>
                <wp:docPr id="3071" name="Text 30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204" cy="1472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18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6F61"/>
                                <w:spacing w:val="-516"/>
                                <w:sz w:val="2074"/>
                                <w:szCs w:val="2074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2916593" cy="292608"/>
                <wp:effectExtent l="0" t="0" r="0" b="0"/>
                <wp:wrapNone/>
                <wp:docPr id="3072" name="Text 30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6593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4EFE8"/>
                                <w:spacing w:val="54"/>
                                <w:sz w:val="40"/>
                                <w:szCs w:val="40"/>
                              </w:rPr>
                              <w:t xml:space="preserve">ANNIVERSARY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12609576</wp:posOffset>
                </wp:positionV>
                <wp:extent cx="9866347" cy="1719071"/>
                <wp:effectExtent l="0" t="0" r="0" b="0"/>
                <wp:wrapNone/>
                <wp:docPr id="3073" name="Text 30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6347" cy="17190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0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4EFE8"/>
                                <w:spacing w:val="-10"/>
                                <w:sz w:val="242"/>
                                <w:szCs w:val="242"/>
                              </w:rPr>
                              <w:t xml:space="preserve">We Turn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14383512</wp:posOffset>
                </wp:positionV>
                <wp:extent cx="7688674" cy="888796"/>
                <wp:effectExtent l="0" t="0" r="0" b="0"/>
                <wp:wrapNone/>
                <wp:docPr id="3074" name="Text 30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8674" cy="888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EFE8"/>
                                <w:sz w:val="55"/>
                                <w:szCs w:val="55"/>
                              </w:rPr>
                              <w:t xml:space="preserve">Five years, five days of 5% to 50% off</w:t>
                            </w:r>
                          </w:p>
                          <w:p>
                            <w:pPr>
                              <w:spacing w:before="0" w:after="0" w:line="79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4EFE8"/>
                                <w:sz w:val="55"/>
                                <w:szCs w:val="55"/>
                              </w:rPr>
                              <w:t xml:space="preserve">storewide.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10657732</wp:posOffset>
                </wp:positionH>
                <wp:positionV relativeFrom="page">
                  <wp:posOffset>17337024</wp:posOffset>
                </wp:positionV>
                <wp:extent cx="2966827" cy="274320"/>
                <wp:effectExtent l="0" t="0" r="0" b="0"/>
                <wp:wrapNone/>
                <wp:docPr id="3075" name="Text 30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6827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4EFE8"/>
                                <w:spacing w:val="55"/>
                                <w:sz w:val="37"/>
                                <w:szCs w:val="37"/>
                              </w:rPr>
                              <w:t xml:space="preserve">SAMPLE BRAND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17337024</wp:posOffset>
                </wp:positionV>
                <wp:extent cx="1000010" cy="274320"/>
                <wp:effectExtent l="0" t="0" r="0" b="0"/>
                <wp:wrapNone/>
                <wp:docPr id="3076" name="Text 30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01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4EFE8"/>
                                <w:spacing w:val="56"/>
                                <w:sz w:val="37"/>
                                <w:szCs w:val="37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Turn 5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