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077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077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786383</wp:posOffset>
                </wp:positionH>
                <wp:positionV relativeFrom="page">
                  <wp:posOffset>4480560</wp:posOffset>
                </wp:positionV>
                <wp:extent cx="13770864" cy="10643616"/>
                <wp:effectExtent l="0" t="0" r="0" b="0"/>
                <wp:wrapNone/>
                <wp:docPr id="3078" name="Text 307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70864" cy="106436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6761" w:lineRule="exact"/>
                              <w:jc w:val="left"/>
                            </w:pPr>
                            <w:r>
                              <w:rPr>
                                <w:rFonts w:ascii="Anton" w:hAnsi="Anton" w:cs="Anton" w:eastAsia="Anton"/>
                                <w:color w:val="F3C945"/>
                                <w:spacing w:val="-468"/>
                                <w:sz w:val="1115"/>
                                <w:szCs w:val="1115"/>
                              </w:rPr>
                              <w:t xml:space="preserve">MEAL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1497787</wp:posOffset>
                </wp:positionV>
                <wp:extent cx="5202164" cy="2651760"/>
                <wp:effectExtent l="0" t="0" r="0" b="0"/>
                <wp:wrapNone/>
                <wp:docPr id="3079" name="Text 307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2164" cy="2651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176" w:lineRule="exact"/>
                              <w:jc w:val="left"/>
                            </w:pPr>
                            <w:r>
                              <w:rPr>
                                <w:rFonts w:ascii="Anton" w:hAnsi="Anton" w:cs="Anton" w:eastAsia="Anton"/>
                                <w:color w:val="F5F2EA"/>
                                <w:sz w:val="276"/>
                                <w:szCs w:val="276"/>
                              </w:rPr>
                              <w:t xml:space="preserve">MEAL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3112617</wp:posOffset>
                </wp:positionV>
                <wp:extent cx="4624892" cy="2651760"/>
                <wp:effectExtent l="0" t="0" r="0" b="0"/>
                <wp:wrapNone/>
                <wp:docPr id="3080" name="Text 308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4892" cy="2651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176" w:lineRule="exact"/>
                              <w:jc w:val="left"/>
                            </w:pPr>
                            <w:r>
                              <w:rPr>
                                <w:rFonts w:ascii="Anton" w:hAnsi="Anton" w:cs="Anton" w:eastAsia="Anton"/>
                                <w:color w:val="F5F2EA"/>
                                <w:sz w:val="276"/>
                                <w:szCs w:val="276"/>
                              </w:rPr>
                              <w:t xml:space="preserve">DEAL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5746089</wp:posOffset>
                </wp:positionV>
                <wp:extent cx="6627999" cy="976579"/>
                <wp:effectExtent l="0" t="0" r="0" b="0"/>
                <wp:wrapNone/>
                <wp:docPr id="3081" name="Text 308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7999" cy="9765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6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5F2EA"/>
                                <w:sz w:val="60"/>
                                <w:szCs w:val="60"/>
                              </w:rPr>
                              <w:t xml:space="preserve">Any burger, fries and a shake</w:t>
                            </w:r>
                          </w:p>
                          <w:p>
                            <w:pPr>
                              <w:spacing w:before="0" w:after="0" w:line="875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5F2EA"/>
                                <w:sz w:val="60"/>
                                <w:szCs w:val="60"/>
                              </w:rPr>
                              <w:t xml:space="preserve">for one happy price.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17099280</wp:posOffset>
                </wp:positionV>
                <wp:extent cx="3310785" cy="347472"/>
                <wp:effectExtent l="0" t="0" r="0" b="0"/>
                <wp:wrapNone/>
                <wp:docPr id="3082" name="Text 308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0785" cy="347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47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5F2EA"/>
                                <w:spacing w:val="45"/>
                                <w:sz w:val="46"/>
                                <w:szCs w:val="46"/>
                              </w:rPr>
                              <w:t xml:space="preserve">SAMPLE DINER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11965152</wp:posOffset>
                </wp:positionH>
                <wp:positionV relativeFrom="page">
                  <wp:posOffset>17099280</wp:posOffset>
                </wp:positionV>
                <wp:extent cx="1659407" cy="347472"/>
                <wp:effectExtent l="0" t="0" r="0" b="0"/>
                <wp:wrapNone/>
                <wp:docPr id="3083" name="Text 308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9407" cy="347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47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5F2EA"/>
                                <w:spacing w:val="46"/>
                                <w:sz w:val="46"/>
                                <w:szCs w:val="46"/>
                              </w:rPr>
                              <w:t xml:space="preserve">₹299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Meal Deal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