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8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8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9831628</wp:posOffset>
                </wp:positionV>
                <wp:extent cx="10947196" cy="2670047"/>
                <wp:effectExtent l="0" t="0" r="0" b="0"/>
                <wp:wrapNone/>
                <wp:docPr id="3085" name="Text 30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7196" cy="2670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0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pacing w:val="55"/>
                                <w:sz w:val="346"/>
                                <w:szCs w:val="346"/>
                              </w:rPr>
                              <w:t xml:space="preserve">HELLO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11850624</wp:posOffset>
                </wp:positionV>
                <wp:extent cx="13001305" cy="2670047"/>
                <wp:effectExtent l="0" t="0" r="0" b="0"/>
                <wp:wrapNone/>
                <wp:docPr id="3086" name="Text 30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1305" cy="2670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04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pacing w:val="-243"/>
                                <w:sz w:val="346"/>
                                <w:szCs w:val="346"/>
                              </w:rPr>
                              <w:t xml:space="preserve">SUMMER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14447519</wp:posOffset>
                </wp:positionV>
                <wp:extent cx="9658864" cy="1014984"/>
                <wp:effectExtent l="0" t="0" r="0" b="0"/>
                <wp:wrapNone/>
                <wp:docPr id="3087" name="Text 30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864" cy="1014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1E6"/>
                                <w:sz w:val="60"/>
                                <w:szCs w:val="60"/>
                              </w:rPr>
                              <w:t xml:space="preserve">Linen, sandals and sunglasses with up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1E6"/>
                                <w:sz w:val="60"/>
                                <w:szCs w:val="60"/>
                              </w:rPr>
                              <w:t xml:space="preserve">to 45% off.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16258031</wp:posOffset>
                </wp:positionV>
                <wp:extent cx="1443460" cy="256032"/>
                <wp:effectExtent l="0" t="0" r="0" b="0"/>
                <wp:wrapNone/>
                <wp:docPr id="3088" name="Text 30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46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8DDE8"/>
                                <w:spacing w:val="41"/>
                                <w:sz w:val="34"/>
                                <w:szCs w:val="34"/>
                              </w:rPr>
                              <w:t xml:space="preserve">UPTO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12124543</wp:posOffset>
                </wp:positionH>
                <wp:positionV relativeFrom="page">
                  <wp:posOffset>16166592</wp:posOffset>
                </wp:positionV>
                <wp:extent cx="1506948" cy="365759"/>
                <wp:effectExtent l="0" t="0" r="0" b="0"/>
                <wp:wrapNone/>
                <wp:docPr id="3089" name="Text 30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6948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z w:val="49"/>
                                <w:szCs w:val="49"/>
                              </w:rPr>
                              <w:t xml:space="preserve">45%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16989552</wp:posOffset>
                </wp:positionV>
                <wp:extent cx="1443460" cy="256032"/>
                <wp:effectExtent l="0" t="0" r="0" b="0"/>
                <wp:wrapNone/>
                <wp:docPr id="3090" name="Text 30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46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8DDE8"/>
                                <w:spacing w:val="41"/>
                                <w:sz w:val="34"/>
                                <w:szCs w:val="34"/>
                              </w:rPr>
                              <w:t xml:space="preserve">TILL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11728780</wp:posOffset>
                </wp:positionH>
                <wp:positionV relativeFrom="page">
                  <wp:posOffset>16898112</wp:posOffset>
                </wp:positionV>
                <wp:extent cx="1895779" cy="365759"/>
                <wp:effectExtent l="0" t="0" r="0" b="0"/>
                <wp:wrapNone/>
                <wp:docPr id="3091" name="Text 30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779" cy="365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1E6"/>
                                <w:sz w:val="49"/>
                                <w:szCs w:val="49"/>
                              </w:rPr>
                              <w:t xml:space="preserve">30 Apr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Hello Summer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