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32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3284596</wp:posOffset>
                </wp:positionH>
                <wp:positionV relativeFrom="page">
                  <wp:posOffset>676656</wp:posOffset>
                </wp:positionV>
                <wp:extent cx="746007" cy="603504"/>
                <wp:effectExtent l="0" t="0" r="0" b="0"/>
                <wp:wrapNone/>
                <wp:docPr id="330" name="Text 3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07" cy="60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5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FFFFF"/>
                                <w:sz w:val="71"/>
                                <w:szCs w:val="71"/>
                              </w:rPr>
                              <w:t xml:space="preserve"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1085978</wp:posOffset>
                </wp:positionH>
                <wp:positionV relativeFrom="page">
                  <wp:posOffset>1783080</wp:posOffset>
                </wp:positionV>
                <wp:extent cx="5143242" cy="228600"/>
                <wp:effectExtent l="0" t="0" r="0" b="0"/>
                <wp:wrapNone/>
                <wp:docPr id="331" name="Text 3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24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38"/>
                                <w:sz w:val="32"/>
                                <w:szCs w:val="32"/>
                              </w:rPr>
                              <w:t xml:space="preserve">YOUR 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3120732</wp:posOffset>
                </wp:positionH>
                <wp:positionV relativeFrom="page">
                  <wp:posOffset>2157984</wp:posOffset>
                </wp:positionV>
                <wp:extent cx="1074591" cy="155448"/>
                <wp:effectExtent l="0" t="0" r="0" b="0"/>
                <wp:wrapNone/>
                <wp:docPr id="332" name="Text 3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591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3"/>
                                <w:szCs w:val="23"/>
                              </w:rPr>
                              <w:t xml:space="preserve">City, 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2557812</wp:posOffset>
                </wp:positionH>
                <wp:positionV relativeFrom="page">
                  <wp:posOffset>3666743</wp:posOffset>
                </wp:positionV>
                <wp:extent cx="2199574" cy="219456"/>
                <wp:effectExtent l="0" t="0" r="0" b="0"/>
                <wp:wrapNone/>
                <wp:docPr id="333" name="Text 3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57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03E28"/>
                                <w:spacing w:val="86"/>
                                <w:sz w:val="29"/>
                                <w:szCs w:val="29"/>
                              </w:rPr>
                              <w:t xml:space="preserve">ASSIGNMENT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1941071</wp:posOffset>
                </wp:positionH>
                <wp:positionV relativeFrom="page">
                  <wp:posOffset>3977640</wp:posOffset>
                </wp:positionV>
                <wp:extent cx="3433057" cy="731519"/>
                <wp:effectExtent l="0" t="0" r="0" b="0"/>
                <wp:wrapNone/>
                <wp:docPr id="334" name="Text 3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3057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5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104"/>
                                <w:szCs w:val="104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2333991</wp:posOffset>
                </wp:positionH>
                <wp:positionV relativeFrom="page">
                  <wp:posOffset>4882895</wp:posOffset>
                </wp:positionV>
                <wp:extent cx="2647216" cy="237744"/>
                <wp:effectExtent l="0" t="0" r="0" b="0"/>
                <wp:wrapNone/>
                <wp:docPr id="335" name="Text 3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216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6181A"/>
                                <w:sz w:val="35"/>
                                <w:szCs w:val="35"/>
                              </w:rPr>
                              <w:t xml:space="preserve">Topic: Laws of Motion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6108192</wp:posOffset>
                </wp:positionV>
                <wp:extent cx="1493952" cy="137160"/>
                <wp:effectExtent l="0" t="0" r="0" b="0"/>
                <wp:wrapNone/>
                <wp:docPr id="336" name="Text 3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95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26"/>
                                <w:sz w:val="19"/>
                                <w:szCs w:val="19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6062471</wp:posOffset>
                </wp:positionV>
                <wp:extent cx="1292168" cy="192024"/>
                <wp:effectExtent l="0" t="0" r="0" b="0"/>
                <wp:wrapNone/>
                <wp:docPr id="337" name="Text 3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168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Meera Iyer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6583680</wp:posOffset>
                </wp:positionV>
                <wp:extent cx="1133193" cy="137160"/>
                <wp:effectExtent l="0" t="0" r="0" b="0"/>
                <wp:wrapNone/>
                <wp:docPr id="338" name="Text 3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19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26"/>
                                <w:sz w:val="19"/>
                                <w:szCs w:val="19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6537959</wp:posOffset>
                </wp:positionV>
                <wp:extent cx="914103" cy="192024"/>
                <wp:effectExtent l="0" t="0" r="0" b="0"/>
                <wp:wrapNone/>
                <wp:docPr id="339" name="Text 3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103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24661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7059168</wp:posOffset>
                </wp:positionV>
                <wp:extent cx="862444" cy="137160"/>
                <wp:effectExtent l="0" t="0" r="0" b="0"/>
                <wp:wrapNone/>
                <wp:docPr id="340" name="Text 3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44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26"/>
                                <w:sz w:val="19"/>
                                <w:szCs w:val="19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7013448</wp:posOffset>
                </wp:positionV>
                <wp:extent cx="2182572" cy="192024"/>
                <wp:effectExtent l="0" t="0" r="0" b="0"/>
                <wp:wrapNone/>
                <wp:docPr id="341" name="Text 3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572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Class XI · Section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7534656</wp:posOffset>
                </wp:positionV>
                <wp:extent cx="1493952" cy="137160"/>
                <wp:effectExtent l="0" t="0" r="0" b="0"/>
                <wp:wrapNone/>
                <wp:docPr id="342" name="Text 3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95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26"/>
                                <w:sz w:val="19"/>
                                <w:szCs w:val="19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7488935</wp:posOffset>
                </wp:positionV>
                <wp:extent cx="2266340" cy="192024"/>
                <wp:effectExtent l="0" t="0" r="0" b="0"/>
                <wp:wrapNone/>
                <wp:docPr id="343" name="Text 3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34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8010144</wp:posOffset>
                </wp:positionV>
                <wp:extent cx="772290" cy="137160"/>
                <wp:effectExtent l="0" t="0" r="0" b="0"/>
                <wp:wrapNone/>
                <wp:docPr id="344" name="Text 3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29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26"/>
                                <w:sz w:val="19"/>
                                <w:szCs w:val="19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7964424</wp:posOffset>
                </wp:positionV>
                <wp:extent cx="1806454" cy="192024"/>
                <wp:effectExtent l="0" t="0" r="0" b="0"/>
                <wp:wrapNone/>
                <wp:docPr id="345" name="Text 3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45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27"/>
                                <w:szCs w:val="27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front page — Physics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