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346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346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1506531</wp:posOffset>
                </wp:positionH>
                <wp:positionV relativeFrom="page">
                  <wp:posOffset>996696</wp:posOffset>
                </wp:positionV>
                <wp:extent cx="4302137" cy="237744"/>
                <wp:effectExtent l="0" t="0" r="0" b="0"/>
                <wp:wrapNone/>
                <wp:docPr id="347" name="Text 34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02137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1F1C12"/>
                                <w:spacing w:val="27"/>
                                <w:sz w:val="35"/>
                                <w:szCs w:val="35"/>
                              </w:rPr>
                              <w:t xml:space="preserve">YOUR INSTITUTION NAME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2273401</wp:posOffset>
                </wp:positionH>
                <wp:positionV relativeFrom="page">
                  <wp:posOffset>1344167</wp:posOffset>
                </wp:positionV>
                <wp:extent cx="2763323" cy="173736"/>
                <wp:effectExtent l="0" t="0" r="0" b="0"/>
                <wp:wrapNone/>
                <wp:docPr id="348" name="Text 34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3323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6B6446"/>
                                <w:sz w:val="24"/>
                                <w:szCs w:val="24"/>
                              </w:rPr>
                              <w:t xml:space="preserve">Department of Computer Science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3218030</wp:posOffset>
                </wp:positionH>
                <wp:positionV relativeFrom="page">
                  <wp:posOffset>2468880</wp:posOffset>
                </wp:positionV>
                <wp:extent cx="879138" cy="173736"/>
                <wp:effectExtent l="0" t="0" r="0" b="0"/>
                <wp:wrapNone/>
                <wp:docPr id="349" name="Text 34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9138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B54023"/>
                                <w:spacing w:val="46"/>
                                <w:sz w:val="23"/>
                                <w:szCs w:val="23"/>
                              </w:rPr>
                              <w:t xml:space="preserve">LOGO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2744292</wp:posOffset>
                </wp:positionH>
                <wp:positionV relativeFrom="page">
                  <wp:posOffset>3566160</wp:posOffset>
                </wp:positionV>
                <wp:extent cx="1808326" cy="228600"/>
                <wp:effectExtent l="0" t="0" r="0" b="0"/>
                <wp:wrapNone/>
                <wp:docPr id="350" name="Text 35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8326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1F1C12"/>
                                <w:sz w:val="32"/>
                                <w:szCs w:val="32"/>
                              </w:rPr>
                              <w:t xml:space="preserve">A assignment 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693526</wp:posOffset>
                </wp:positionH>
                <wp:positionV relativeFrom="page">
                  <wp:posOffset>3968495</wp:posOffset>
                </wp:positionV>
                <wp:extent cx="5928146" cy="521208"/>
                <wp:effectExtent l="0" t="0" r="0" b="0"/>
                <wp:wrapNone/>
                <wp:docPr id="351" name="Text 35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8146" cy="5212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820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1F1C12"/>
                                <w:spacing w:val="48"/>
                                <w:sz w:val="75"/>
                                <w:szCs w:val="75"/>
                              </w:rPr>
                              <w:t xml:space="preserve">Sorting Algorithms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1179576</wp:posOffset>
                </wp:positionH>
                <wp:positionV relativeFrom="page">
                  <wp:posOffset>5468112</wp:posOffset>
                </wp:positionV>
                <wp:extent cx="1434596" cy="137160"/>
                <wp:effectExtent l="0" t="0" r="0" b="0"/>
                <wp:wrapNone/>
                <wp:docPr id="352" name="Text 35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4596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6B6446"/>
                                <w:spacing w:val="24"/>
                                <w:sz w:val="18"/>
                                <w:szCs w:val="18"/>
                              </w:rPr>
                              <w:t xml:space="preserve">SUBMITTED BY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3055924</wp:posOffset>
                </wp:positionH>
                <wp:positionV relativeFrom="page">
                  <wp:posOffset>5422392</wp:posOffset>
                </wp:positionV>
                <wp:extent cx="1492272" cy="201168"/>
                <wp:effectExtent l="0" t="0" r="0" b="0"/>
                <wp:wrapNone/>
                <wp:docPr id="353" name="Text 35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2272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1F1C12"/>
                                <w:sz w:val="26"/>
                                <w:szCs w:val="26"/>
                              </w:rPr>
                              <w:t xml:space="preserve">Rohan Desai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1179576</wp:posOffset>
                </wp:positionH>
                <wp:positionV relativeFrom="page">
                  <wp:posOffset>5961888</wp:posOffset>
                </wp:positionV>
                <wp:extent cx="1092982" cy="137160"/>
                <wp:effectExtent l="0" t="0" r="0" b="0"/>
                <wp:wrapNone/>
                <wp:docPr id="354" name="Text 35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2982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6B6446"/>
                                <w:spacing w:val="25"/>
                                <w:sz w:val="18"/>
                                <w:szCs w:val="18"/>
                              </w:rPr>
                              <w:t xml:space="preserve">ROLL NO.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3055924</wp:posOffset>
                </wp:positionH>
                <wp:positionV relativeFrom="page">
                  <wp:posOffset>5916168</wp:posOffset>
                </wp:positionV>
                <wp:extent cx="925772" cy="201168"/>
                <wp:effectExtent l="0" t="0" r="0" b="0"/>
                <wp:wrapNone/>
                <wp:docPr id="355" name="Text 35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5772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1F1C12"/>
                                <w:sz w:val="26"/>
                                <w:szCs w:val="26"/>
                              </w:rPr>
                              <w:t xml:space="preserve">24705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1179576</wp:posOffset>
                </wp:positionH>
                <wp:positionV relativeFrom="page">
                  <wp:posOffset>6455664</wp:posOffset>
                </wp:positionV>
                <wp:extent cx="836664" cy="137160"/>
                <wp:effectExtent l="0" t="0" r="0" b="0"/>
                <wp:wrapNone/>
                <wp:docPr id="356" name="Text 35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6664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6B6446"/>
                                <w:spacing w:val="25"/>
                                <w:sz w:val="18"/>
                                <w:szCs w:val="18"/>
                              </w:rPr>
                              <w:t xml:space="preserve">CLASS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3055924</wp:posOffset>
                </wp:positionH>
                <wp:positionV relativeFrom="page">
                  <wp:posOffset>6409944</wp:posOffset>
                </wp:positionV>
                <wp:extent cx="2132652" cy="201168"/>
                <wp:effectExtent l="0" t="0" r="0" b="0"/>
                <wp:wrapNone/>
                <wp:docPr id="357" name="Text 35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2652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1F1C12"/>
                                <w:sz w:val="26"/>
                                <w:szCs w:val="26"/>
                              </w:rPr>
                              <w:t xml:space="preserve">B.Tech CSE · Sem 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1179576</wp:posOffset>
                </wp:positionH>
                <wp:positionV relativeFrom="page">
                  <wp:posOffset>6949439</wp:posOffset>
                </wp:positionV>
                <wp:extent cx="1434596" cy="137160"/>
                <wp:effectExtent l="0" t="0" r="0" b="0"/>
                <wp:wrapNone/>
                <wp:docPr id="358" name="Text 35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4596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6B6446"/>
                                <w:spacing w:val="24"/>
                                <w:sz w:val="18"/>
                                <w:szCs w:val="18"/>
                              </w:rPr>
                              <w:t xml:space="preserve">SUBMITTED 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page">
                  <wp:posOffset>3055924</wp:posOffset>
                </wp:positionH>
                <wp:positionV relativeFrom="page">
                  <wp:posOffset>6903720</wp:posOffset>
                </wp:positionV>
                <wp:extent cx="2327305" cy="201168"/>
                <wp:effectExtent l="0" t="0" r="0" b="0"/>
                <wp:wrapNone/>
                <wp:docPr id="359" name="Text 35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7305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1F1C12"/>
                                <w:sz w:val="26"/>
                                <w:szCs w:val="26"/>
                              </w:rPr>
                              <w:t xml:space="preserve">Prof. / Teacher name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" behindDoc="0" locked="0" layoutInCell="1" allowOverlap="1">
                <wp:simplePos x="0" y="0"/>
                <wp:positionH relativeFrom="page">
                  <wp:posOffset>1179576</wp:posOffset>
                </wp:positionH>
                <wp:positionV relativeFrom="page">
                  <wp:posOffset>7443215</wp:posOffset>
                </wp:positionV>
                <wp:extent cx="751225" cy="137160"/>
                <wp:effectExtent l="0" t="0" r="0" b="0"/>
                <wp:wrapNone/>
                <wp:docPr id="360" name="Text 36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1225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6B6446"/>
                                <w:spacing w:val="25"/>
                                <w:sz w:val="18"/>
                                <w:szCs w:val="18"/>
                              </w:rPr>
                              <w:t xml:space="preserve">DATE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" behindDoc="0" locked="0" layoutInCell="1" allowOverlap="1">
                <wp:simplePos x="0" y="0"/>
                <wp:positionH relativeFrom="page">
                  <wp:posOffset>3055924</wp:posOffset>
                </wp:positionH>
                <wp:positionV relativeFrom="page">
                  <wp:posOffset>7397496</wp:posOffset>
                </wp:positionV>
                <wp:extent cx="1831200" cy="201168"/>
                <wp:effectExtent l="0" t="0" r="0" b="0"/>
                <wp:wrapNone/>
                <wp:docPr id="361" name="Text 36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1200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1F1C12"/>
                                <w:sz w:val="26"/>
                                <w:szCs w:val="26"/>
                              </w:rPr>
                              <w:t xml:space="preserve">14 October 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Assignment front page — Computer Science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