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941832</wp:posOffset>
                </wp:positionV>
                <wp:extent cx="2760816" cy="192024"/>
                <wp:effectExtent l="0" t="0" r="0" b="0"/>
                <wp:wrapNone/>
                <wp:docPr id="102" name="Text 1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081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87650"/>
                                <w:spacing w:val="77"/>
                                <w:sz w:val="26"/>
                                <w:szCs w:val="26"/>
                              </w:rPr>
                              <w:t xml:space="preserve">PROJECT REPORT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1325880</wp:posOffset>
                </wp:positionV>
                <wp:extent cx="4453128" cy="966520"/>
                <wp:effectExtent l="0" t="0" r="0" b="0"/>
                <wp:wrapNone/>
                <wp:docPr id="103" name="Text 1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128" cy="966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0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D2B22"/>
                                <w:sz w:val="66"/>
                                <w:szCs w:val="66"/>
                              </w:rPr>
                              <w:t xml:space="preserve">Inflation in</w:t>
                            </w:r>
                          </w:p>
                          <w:p>
                            <w:pPr>
                              <w:spacing w:before="0" w:after="0" w:line="715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D2B22"/>
                                <w:sz w:val="66"/>
                                <w:szCs w:val="66"/>
                              </w:rPr>
                              <w:t xml:space="preserve">India, 2015–2025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3483864</wp:posOffset>
                </wp:positionV>
                <wp:extent cx="2763331" cy="219456"/>
                <wp:effectExtent l="0" t="0" r="0" b="0"/>
                <wp:wrapNone/>
                <wp:docPr id="104" name="Text 1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3331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4C6B5F"/>
                                <w:sz w:val="29"/>
                                <w:szCs w:val="29"/>
                              </w:rPr>
                              <w:t xml:space="preserve">B.A. Economics · Year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5385816</wp:posOffset>
                </wp:positionV>
                <wp:extent cx="1376383" cy="128016"/>
                <wp:effectExtent l="0" t="0" r="0" b="0"/>
                <wp:wrapNone/>
                <wp:docPr id="105" name="Text 1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38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23"/>
                                <w:sz w:val="17"/>
                                <w:szCs w:val="17"/>
                              </w:rPr>
                              <w:t xml:space="preserve">SUBMITTED 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5340095</wp:posOffset>
                </wp:positionV>
                <wp:extent cx="1313507" cy="182879"/>
                <wp:effectExtent l="0" t="0" r="0" b="0"/>
                <wp:wrapNone/>
                <wp:docPr id="106" name="Text 1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50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D2B22"/>
                                <w:sz w:val="24"/>
                                <w:szCs w:val="24"/>
                              </w:rPr>
                              <w:t xml:space="preserve">Zara Sheikh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5897880</wp:posOffset>
                </wp:positionV>
                <wp:extent cx="1053485" cy="128016"/>
                <wp:effectExtent l="0" t="0" r="0" b="0"/>
                <wp:wrapNone/>
                <wp:docPr id="107" name="Text 1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348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24"/>
                                <w:sz w:val="17"/>
                                <w:szCs w:val="17"/>
                              </w:rPr>
                              <w:t xml:space="preserve">ROLL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5852159</wp:posOffset>
                </wp:positionV>
                <wp:extent cx="922051" cy="182879"/>
                <wp:effectExtent l="0" t="0" r="0" b="0"/>
                <wp:wrapNone/>
                <wp:docPr id="108" name="Text 1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5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D2B22"/>
                                <w:sz w:val="24"/>
                                <w:szCs w:val="24"/>
                              </w:rPr>
                              <w:t xml:space="preserve">24608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6409944</wp:posOffset>
                </wp:positionV>
                <wp:extent cx="811312" cy="128016"/>
                <wp:effectExtent l="0" t="0" r="0" b="0"/>
                <wp:wrapNone/>
                <wp:docPr id="109" name="Text 1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31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24"/>
                                <w:sz w:val="17"/>
                                <w:szCs w:val="17"/>
                              </w:rPr>
                              <w:t xml:space="preserve"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6364224</wp:posOffset>
                </wp:positionV>
                <wp:extent cx="2370253" cy="182879"/>
                <wp:effectExtent l="0" t="0" r="0" b="0"/>
                <wp:wrapNone/>
                <wp:docPr id="110" name="Text 1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25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D2B22"/>
                                <w:sz w:val="24"/>
                                <w:szCs w:val="24"/>
                              </w:rPr>
                              <w:t xml:space="preserve">B.A. Economics · Year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6922008</wp:posOffset>
                </wp:positionV>
                <wp:extent cx="1376383" cy="128016"/>
                <wp:effectExtent l="0" t="0" r="0" b="0"/>
                <wp:wrapNone/>
                <wp:docPr id="111" name="Text 1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38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24"/>
                                <w:sz w:val="17"/>
                                <w:szCs w:val="17"/>
                              </w:rPr>
                              <w:t xml:space="preserve">SUBMITTED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6876287</wp:posOffset>
                </wp:positionV>
                <wp:extent cx="2079202" cy="182879"/>
                <wp:effectExtent l="0" t="0" r="0" b="0"/>
                <wp:wrapNone/>
                <wp:docPr id="112" name="Text 1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9202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D2B22"/>
                                <w:sz w:val="24"/>
                                <w:szCs w:val="24"/>
                              </w:rPr>
                              <w:t xml:space="preserve">Prof. / Teacher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7434072</wp:posOffset>
                </wp:positionV>
                <wp:extent cx="730588" cy="128016"/>
                <wp:effectExtent l="0" t="0" r="0" b="0"/>
                <wp:wrapNone/>
                <wp:docPr id="113" name="Text 1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58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C6B5F"/>
                                <w:spacing w:val="24"/>
                                <w:sz w:val="17"/>
                                <w:szCs w:val="17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4354372</wp:posOffset>
                </wp:positionH>
                <wp:positionV relativeFrom="page">
                  <wp:posOffset>7388352</wp:posOffset>
                </wp:positionV>
                <wp:extent cx="1684789" cy="182879"/>
                <wp:effectExtent l="0" t="0" r="0" b="0"/>
                <wp:wrapNone/>
                <wp:docPr id="114" name="Text 1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789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D2B22"/>
                                <w:sz w:val="24"/>
                                <w:szCs w:val="24"/>
                              </w:rPr>
                              <w:t xml:space="preserve">14 October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8476488</wp:posOffset>
                </wp:positionV>
                <wp:extent cx="3344946" cy="146304"/>
                <wp:effectExtent l="0" t="0" r="0" b="0"/>
                <wp:wrapNone/>
                <wp:docPr id="115" name="Text 1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4946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D2B22"/>
                                <w:spacing w:val="32"/>
                                <w:sz w:val="20"/>
                                <w:szCs w:val="20"/>
                              </w:rPr>
                              <w:t xml:space="preserve">YOUR SCHOOL / COLLEGE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 front page — Economics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