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37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7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3284596</wp:posOffset>
                </wp:positionH>
                <wp:positionV relativeFrom="page">
                  <wp:posOffset>676656</wp:posOffset>
                </wp:positionV>
                <wp:extent cx="746007" cy="603504"/>
                <wp:effectExtent l="0" t="0" r="0" b="0"/>
                <wp:wrapNone/>
                <wp:docPr id="379" name="Text 3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07" cy="60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50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FFFFF"/>
                                <w:sz w:val="71"/>
                                <w:szCs w:val="71"/>
                              </w:rPr>
                              <w:t xml:space="preserve">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1085978</wp:posOffset>
                </wp:positionH>
                <wp:positionV relativeFrom="page">
                  <wp:posOffset>1783080</wp:posOffset>
                </wp:positionV>
                <wp:extent cx="5143242" cy="228600"/>
                <wp:effectExtent l="0" t="0" r="0" b="0"/>
                <wp:wrapNone/>
                <wp:docPr id="380" name="Text 3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24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pacing w:val="38"/>
                                <w:sz w:val="32"/>
                                <w:szCs w:val="32"/>
                              </w:rPr>
                              <w:t xml:space="preserve">YOUR 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3120732</wp:posOffset>
                </wp:positionH>
                <wp:positionV relativeFrom="page">
                  <wp:posOffset>2157984</wp:posOffset>
                </wp:positionV>
                <wp:extent cx="1074591" cy="155448"/>
                <wp:effectExtent l="0" t="0" r="0" b="0"/>
                <wp:wrapNone/>
                <wp:docPr id="381" name="Text 3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4591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23"/>
                                <w:szCs w:val="23"/>
                              </w:rPr>
                              <w:t xml:space="preserve">City, 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2557812</wp:posOffset>
                </wp:positionH>
                <wp:positionV relativeFrom="page">
                  <wp:posOffset>3666743</wp:posOffset>
                </wp:positionV>
                <wp:extent cx="2199574" cy="219456"/>
                <wp:effectExtent l="0" t="0" r="0" b="0"/>
                <wp:wrapNone/>
                <wp:docPr id="382" name="Text 3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574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86"/>
                                <w:sz w:val="29"/>
                                <w:szCs w:val="29"/>
                              </w:rPr>
                              <w:t xml:space="preserve">ASSIGNMENT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4014216</wp:posOffset>
                </wp:positionV>
                <wp:extent cx="7242048" cy="694944"/>
                <wp:effectExtent l="0" t="0" r="0" b="0"/>
                <wp:wrapNone/>
                <wp:docPr id="383" name="Text 3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694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9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0A0A0A"/>
                                <w:spacing w:val="79"/>
                                <w:sz w:val="98"/>
                                <w:szCs w:val="98"/>
                              </w:rPr>
                              <w:t xml:space="preserve">English Literature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1609045</wp:posOffset>
                </wp:positionH>
                <wp:positionV relativeFrom="page">
                  <wp:posOffset>4882895</wp:posOffset>
                </wp:positionV>
                <wp:extent cx="4100287" cy="237744"/>
                <wp:effectExtent l="0" t="0" r="0" b="0"/>
                <wp:wrapNone/>
                <wp:docPr id="384" name="Text 3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0287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0A0A0A"/>
                                <w:sz w:val="35"/>
                                <w:szCs w:val="35"/>
                              </w:rPr>
                              <w:t xml:space="preserve">Topic: Imagery in Romantic Poetry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6108192</wp:posOffset>
                </wp:positionV>
                <wp:extent cx="1493952" cy="137160"/>
                <wp:effectExtent l="0" t="0" r="0" b="0"/>
                <wp:wrapNone/>
                <wp:docPr id="385" name="Text 3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95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67676"/>
                                <w:spacing w:val="26"/>
                                <w:sz w:val="19"/>
                                <w:szCs w:val="19"/>
                              </w:rPr>
                              <w:t xml:space="preserve">SUBMITTED 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6062471</wp:posOffset>
                </wp:positionV>
                <wp:extent cx="1395154" cy="192024"/>
                <wp:effectExtent l="0" t="0" r="0" b="0"/>
                <wp:wrapNone/>
                <wp:docPr id="386" name="Text 3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15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A0A0A"/>
                                <w:sz w:val="27"/>
                                <w:szCs w:val="27"/>
                              </w:rPr>
                              <w:t xml:space="preserve">Vikram Nair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6583680</wp:posOffset>
                </wp:positionV>
                <wp:extent cx="1133193" cy="137160"/>
                <wp:effectExtent l="0" t="0" r="0" b="0"/>
                <wp:wrapNone/>
                <wp:docPr id="387" name="Text 3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19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67676"/>
                                <w:spacing w:val="26"/>
                                <w:sz w:val="19"/>
                                <w:szCs w:val="19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6537959</wp:posOffset>
                </wp:positionV>
                <wp:extent cx="910228" cy="192024"/>
                <wp:effectExtent l="0" t="0" r="0" b="0"/>
                <wp:wrapNone/>
                <wp:docPr id="388" name="Text 3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0228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A0A0A"/>
                                <w:sz w:val="27"/>
                                <w:szCs w:val="27"/>
                              </w:rPr>
                              <w:t xml:space="preserve">24299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7059168</wp:posOffset>
                </wp:positionV>
                <wp:extent cx="862444" cy="137160"/>
                <wp:effectExtent l="0" t="0" r="0" b="0"/>
                <wp:wrapNone/>
                <wp:docPr id="389" name="Text 3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2444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67676"/>
                                <w:spacing w:val="26"/>
                                <w:sz w:val="19"/>
                                <w:szCs w:val="19"/>
                              </w:rPr>
                              <w:t xml:space="preserve">CLASS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7013448</wp:posOffset>
                </wp:positionV>
                <wp:extent cx="2262672" cy="192024"/>
                <wp:effectExtent l="0" t="0" r="0" b="0"/>
                <wp:wrapNone/>
                <wp:docPr id="390" name="Text 3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672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A0A0A"/>
                                <w:sz w:val="27"/>
                                <w:szCs w:val="27"/>
                              </w:rPr>
                              <w:t xml:space="preserve">B.A. English · Sem 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7534656</wp:posOffset>
                </wp:positionV>
                <wp:extent cx="1493952" cy="137160"/>
                <wp:effectExtent l="0" t="0" r="0" b="0"/>
                <wp:wrapNone/>
                <wp:docPr id="391" name="Text 3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395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67676"/>
                                <w:spacing w:val="26"/>
                                <w:sz w:val="19"/>
                                <w:szCs w:val="19"/>
                              </w:rPr>
                              <w:t xml:space="preserve">SUBMITTED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7488935</wp:posOffset>
                </wp:positionV>
                <wp:extent cx="2266340" cy="192024"/>
                <wp:effectExtent l="0" t="0" r="0" b="0"/>
                <wp:wrapNone/>
                <wp:docPr id="392" name="Text 3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340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A0A0A"/>
                                <w:sz w:val="27"/>
                                <w:szCs w:val="27"/>
                              </w:rPr>
                              <w:t xml:space="preserve">Prof. / Teacher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8010144</wp:posOffset>
                </wp:positionV>
                <wp:extent cx="772290" cy="137160"/>
                <wp:effectExtent l="0" t="0" r="0" b="0"/>
                <wp:wrapNone/>
                <wp:docPr id="393" name="Text 3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290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67676"/>
                                <w:spacing w:val="26"/>
                                <w:sz w:val="19"/>
                                <w:szCs w:val="19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3033979</wp:posOffset>
                </wp:positionH>
                <wp:positionV relativeFrom="page">
                  <wp:posOffset>7964424</wp:posOffset>
                </wp:positionV>
                <wp:extent cx="1806454" cy="192024"/>
                <wp:effectExtent l="0" t="0" r="0" b="0"/>
                <wp:wrapNone/>
                <wp:docPr id="394" name="Text 3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454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A0A0A"/>
                                <w:sz w:val="27"/>
                                <w:szCs w:val="27"/>
                              </w:rPr>
                              <w:t xml:space="preserve">14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front page — English Literature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