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39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9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1506531</wp:posOffset>
                </wp:positionH>
                <wp:positionV relativeFrom="page">
                  <wp:posOffset>996696</wp:posOffset>
                </wp:positionV>
                <wp:extent cx="4302137" cy="237744"/>
                <wp:effectExtent l="0" t="0" r="0" b="0"/>
                <wp:wrapNone/>
                <wp:docPr id="396" name="Text 3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2137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pacing w:val="27"/>
                                <w:sz w:val="35"/>
                                <w:szCs w:val="35"/>
                              </w:rPr>
                              <w:t xml:space="preserve">YOUR INSTITUTION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2708211</wp:posOffset>
                </wp:positionH>
                <wp:positionV relativeFrom="page">
                  <wp:posOffset>1344167</wp:posOffset>
                </wp:positionV>
                <wp:extent cx="1893718" cy="173736"/>
                <wp:effectExtent l="0" t="0" r="0" b="0"/>
                <wp:wrapNone/>
                <wp:docPr id="397" name="Text 3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371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A9B3F1"/>
                                <w:sz w:val="24"/>
                                <w:szCs w:val="24"/>
                              </w:rPr>
                              <w:t xml:space="preserve">Department of History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3218030</wp:posOffset>
                </wp:positionH>
                <wp:positionV relativeFrom="page">
                  <wp:posOffset>2468880</wp:posOffset>
                </wp:positionV>
                <wp:extent cx="879138" cy="173736"/>
                <wp:effectExtent l="0" t="0" r="0" b="0"/>
                <wp:wrapNone/>
                <wp:docPr id="398" name="Text 3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13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46"/>
                                <w:sz w:val="23"/>
                                <w:szCs w:val="23"/>
                              </w:rPr>
                              <w:t xml:space="preserve">LOGO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2767417</wp:posOffset>
                </wp:positionH>
                <wp:positionV relativeFrom="page">
                  <wp:posOffset>3566160</wp:posOffset>
                </wp:positionV>
                <wp:extent cx="1762077" cy="228600"/>
                <wp:effectExtent l="0" t="0" r="0" b="0"/>
                <wp:wrapNone/>
                <wp:docPr id="399" name="Text 3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07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5F2EA"/>
                                <w:sz w:val="32"/>
                                <w:szCs w:val="32"/>
                              </w:rPr>
                              <w:t xml:space="preserve">A project file 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36850</wp:posOffset>
                </wp:positionH>
                <wp:positionV relativeFrom="page">
                  <wp:posOffset>4069079</wp:posOffset>
                </wp:positionV>
                <wp:extent cx="7241499" cy="402336"/>
                <wp:effectExtent l="0" t="0" r="0" b="0"/>
                <wp:wrapNone/>
                <wp:docPr id="400" name="Text 4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1499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pacing w:val="53"/>
                                <w:sz w:val="57"/>
                                <w:szCs w:val="57"/>
                              </w:rPr>
                              <w:t xml:space="preserve">The Indus Valley Civilisation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5468112</wp:posOffset>
                </wp:positionV>
                <wp:extent cx="1434596" cy="137160"/>
                <wp:effectExtent l="0" t="0" r="0" b="0"/>
                <wp:wrapNone/>
                <wp:docPr id="401" name="Text 4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459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9B3F1"/>
                                <w:spacing w:val="24"/>
                                <w:sz w:val="18"/>
                                <w:szCs w:val="18"/>
                              </w:rPr>
                              <w:t xml:space="preserve">SUBMITTED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5431536</wp:posOffset>
                </wp:positionV>
                <wp:extent cx="1585855" cy="182879"/>
                <wp:effectExtent l="0" t="0" r="0" b="0"/>
                <wp:wrapNone/>
                <wp:docPr id="402" name="Text 4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5855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Ananya Ghosh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5961888</wp:posOffset>
                </wp:positionV>
                <wp:extent cx="1092982" cy="137160"/>
                <wp:effectExtent l="0" t="0" r="0" b="0"/>
                <wp:wrapNone/>
                <wp:docPr id="403" name="Text 4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98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9B3F1"/>
                                <w:spacing w:val="25"/>
                                <w:sz w:val="18"/>
                                <w:szCs w:val="18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5925312</wp:posOffset>
                </wp:positionV>
                <wp:extent cx="882053" cy="182879"/>
                <wp:effectExtent l="0" t="0" r="0" b="0"/>
                <wp:wrapNone/>
                <wp:docPr id="404" name="Text 4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5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24443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6455664</wp:posOffset>
                </wp:positionV>
                <wp:extent cx="836664" cy="137160"/>
                <wp:effectExtent l="0" t="0" r="0" b="0"/>
                <wp:wrapNone/>
                <wp:docPr id="405" name="Text 4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66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9B3F1"/>
                                <w:spacing w:val="25"/>
                                <w:sz w:val="18"/>
                                <w:szCs w:val="18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6419088</wp:posOffset>
                </wp:positionV>
                <wp:extent cx="2179086" cy="182879"/>
                <wp:effectExtent l="0" t="0" r="0" b="0"/>
                <wp:wrapNone/>
                <wp:docPr id="406" name="Text 4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08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Class VIII · Section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6949439</wp:posOffset>
                </wp:positionV>
                <wp:extent cx="1434596" cy="137160"/>
                <wp:effectExtent l="0" t="0" r="0" b="0"/>
                <wp:wrapNone/>
                <wp:docPr id="407" name="Text 4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459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9B3F1"/>
                                <w:spacing w:val="24"/>
                                <w:sz w:val="18"/>
                                <w:szCs w:val="18"/>
                              </w:rPr>
                              <w:t xml:space="preserve">SUBMITTED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6912863</wp:posOffset>
                </wp:positionV>
                <wp:extent cx="2147511" cy="182879"/>
                <wp:effectExtent l="0" t="0" r="0" b="0"/>
                <wp:wrapNone/>
                <wp:docPr id="408" name="Text 4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51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Prof. / Teacher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7443215</wp:posOffset>
                </wp:positionV>
                <wp:extent cx="751225" cy="137160"/>
                <wp:effectExtent l="0" t="0" r="0" b="0"/>
                <wp:wrapNone/>
                <wp:docPr id="409" name="Text 4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25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9B3F1"/>
                                <w:spacing w:val="25"/>
                                <w:sz w:val="18"/>
                                <w:szCs w:val="18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7406639</wp:posOffset>
                </wp:positionV>
                <wp:extent cx="1711771" cy="182879"/>
                <wp:effectExtent l="0" t="0" r="0" b="0"/>
                <wp:wrapNone/>
                <wp:docPr id="410" name="Text 4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77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14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File front page — History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