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1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1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941832</wp:posOffset>
                </wp:positionV>
                <wp:extent cx="1988705" cy="192024"/>
                <wp:effectExtent l="0" t="0" r="0" b="0"/>
                <wp:wrapNone/>
                <wp:docPr id="117" name="Text 1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70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66E4A"/>
                                <w:spacing w:val="77"/>
                                <w:sz w:val="26"/>
                                <w:szCs w:val="26"/>
                              </w:rPr>
                              <w:t xml:space="preserve">CASE STUDY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2816352</wp:posOffset>
                </wp:positionH>
                <wp:positionV relativeFrom="page">
                  <wp:posOffset>1280160</wp:posOffset>
                </wp:positionV>
                <wp:extent cx="4462272" cy="566928"/>
                <wp:effectExtent l="0" t="0" r="0" b="0"/>
                <wp:wrapNone/>
                <wp:docPr id="118" name="Text 1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2272" cy="56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1F2B22"/>
                                <w:sz w:val="66"/>
                                <w:szCs w:val="66"/>
                              </w:rPr>
                              <w:t xml:space="preserve">A Kirana Store Goes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1734616</wp:posOffset>
                </wp:positionV>
                <wp:extent cx="1883121" cy="566928"/>
                <wp:effectExtent l="0" t="0" r="0" b="0"/>
                <wp:wrapNone/>
                <wp:docPr id="119" name="Text 1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121" cy="56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2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1F2B22"/>
                                <w:sz w:val="66"/>
                                <w:szCs w:val="66"/>
                              </w:rPr>
                              <w:t xml:space="preserve">Digital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3493007</wp:posOffset>
                </wp:positionV>
                <wp:extent cx="1476756" cy="201168"/>
                <wp:effectExtent l="0" t="0" r="0" b="0"/>
                <wp:wrapNone/>
                <wp:docPr id="120" name="Text 1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756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A6253"/>
                                <w:sz w:val="29"/>
                                <w:szCs w:val="29"/>
                              </w:rPr>
                              <w:t xml:space="preserve">BBA · Sem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5385816</wp:posOffset>
                </wp:positionV>
                <wp:extent cx="1376383" cy="128016"/>
                <wp:effectExtent l="0" t="0" r="0" b="0"/>
                <wp:wrapNone/>
                <wp:docPr id="121" name="Text 1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38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3"/>
                                <w:sz w:val="17"/>
                                <w:szCs w:val="17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5349240</wp:posOffset>
                </wp:positionV>
                <wp:extent cx="1297473" cy="173736"/>
                <wp:effectExtent l="0" t="0" r="0" b="0"/>
                <wp:wrapNone/>
                <wp:docPr id="122" name="Text 1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47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4"/>
                                <w:szCs w:val="24"/>
                              </w:rPr>
                              <w:t xml:space="preserve">Dev Kapoor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5897880</wp:posOffset>
                </wp:positionV>
                <wp:extent cx="1053485" cy="128016"/>
                <wp:effectExtent l="0" t="0" r="0" b="0"/>
                <wp:wrapNone/>
                <wp:docPr id="123" name="Text 1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48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4"/>
                                <w:sz w:val="17"/>
                                <w:szCs w:val="17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5861304</wp:posOffset>
                </wp:positionV>
                <wp:extent cx="853878" cy="173736"/>
                <wp:effectExtent l="0" t="0" r="0" b="0"/>
                <wp:wrapNone/>
                <wp:docPr id="124" name="Text 1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87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4"/>
                                <w:szCs w:val="24"/>
                              </w:rPr>
                              <w:t xml:space="preserve">24229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6409944</wp:posOffset>
                </wp:positionV>
                <wp:extent cx="811312" cy="128016"/>
                <wp:effectExtent l="0" t="0" r="0" b="0"/>
                <wp:wrapNone/>
                <wp:docPr id="125" name="Text 1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31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4"/>
                                <w:sz w:val="17"/>
                                <w:szCs w:val="17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6373368</wp:posOffset>
                </wp:positionV>
                <wp:extent cx="1348797" cy="173736"/>
                <wp:effectExtent l="0" t="0" r="0" b="0"/>
                <wp:wrapNone/>
                <wp:docPr id="126" name="Text 1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9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4"/>
                                <w:szCs w:val="24"/>
                              </w:rPr>
                              <w:t xml:space="preserve">BBA · Sem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6922008</wp:posOffset>
                </wp:positionV>
                <wp:extent cx="1376383" cy="128016"/>
                <wp:effectExtent l="0" t="0" r="0" b="0"/>
                <wp:wrapNone/>
                <wp:docPr id="127" name="Text 1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38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4"/>
                                <w:sz w:val="17"/>
                                <w:szCs w:val="17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6885432</wp:posOffset>
                </wp:positionV>
                <wp:extent cx="2028682" cy="173736"/>
                <wp:effectExtent l="0" t="0" r="0" b="0"/>
                <wp:wrapNone/>
                <wp:docPr id="128" name="Text 1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68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4"/>
                                <w:szCs w:val="24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7434072</wp:posOffset>
                </wp:positionV>
                <wp:extent cx="730588" cy="128016"/>
                <wp:effectExtent l="0" t="0" r="0" b="0"/>
                <wp:wrapNone/>
                <wp:docPr id="129" name="Text 1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4"/>
                                <w:sz w:val="17"/>
                                <w:szCs w:val="17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7397496</wp:posOffset>
                </wp:positionV>
                <wp:extent cx="1622688" cy="173736"/>
                <wp:effectExtent l="0" t="0" r="0" b="0"/>
                <wp:wrapNone/>
                <wp:docPr id="130" name="Text 1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68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4"/>
                                <w:szCs w:val="24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8476488</wp:posOffset>
                </wp:positionV>
                <wp:extent cx="3344946" cy="146304"/>
                <wp:effectExtent l="0" t="0" r="0" b="0"/>
                <wp:wrapNone/>
                <wp:docPr id="131" name="Text 1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494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32"/>
                                <w:sz w:val="20"/>
                                <w:szCs w:val="20"/>
                              </w:rPr>
                              <w:t xml:space="preserve">YOUR 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front page — Business Studies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