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428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428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1976032</wp:posOffset>
                </wp:positionH>
                <wp:positionV relativeFrom="page">
                  <wp:posOffset>822960</wp:posOffset>
                </wp:positionV>
                <wp:extent cx="3363134" cy="228600"/>
                <wp:effectExtent l="0" t="0" r="0" b="0"/>
                <wp:wrapNone/>
                <wp:docPr id="429" name="Text 42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3134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286CB8"/>
                                <w:spacing w:val="95"/>
                                <w:sz w:val="32"/>
                                <w:szCs w:val="32"/>
                              </w:rPr>
                              <w:t xml:space="preserve">PRACTICAL FILE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934425</wp:posOffset>
                </wp:positionH>
                <wp:positionV relativeFrom="page">
                  <wp:posOffset>1216152</wp:posOffset>
                </wp:positionV>
                <wp:extent cx="5446348" cy="996696"/>
                <wp:effectExtent l="0" t="0" r="0" b="0"/>
                <wp:wrapNone/>
                <wp:docPr id="430" name="Text 43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46348" cy="9966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569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0F2233"/>
                                <w:spacing w:val="-33"/>
                                <w:sz w:val="130"/>
                                <w:szCs w:val="130"/>
                              </w:rPr>
                              <w:t xml:space="preserve">Chemistry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722376</wp:posOffset>
                </wp:positionH>
                <wp:positionV relativeFrom="page">
                  <wp:posOffset>6455664</wp:posOffset>
                </wp:positionV>
                <wp:extent cx="856107" cy="164592"/>
                <wp:effectExtent l="0" t="0" r="0" b="0"/>
                <wp:wrapNone/>
                <wp:docPr id="431" name="Text 43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6107" cy="1645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9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FFFFF"/>
                                <w:spacing w:val="43"/>
                                <w:sz w:val="22"/>
                                <w:szCs w:val="22"/>
                              </w:rPr>
                              <w:t xml:space="preserve">NAME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722376</wp:posOffset>
                </wp:positionH>
                <wp:positionV relativeFrom="page">
                  <wp:posOffset>6702552</wp:posOffset>
                </wp:positionV>
                <wp:extent cx="2007036" cy="310896"/>
                <wp:effectExtent l="0" t="0" r="0" b="0"/>
                <wp:wrapNone/>
                <wp:docPr id="432" name="Text 43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7036" cy="3108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89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FFFFFF"/>
                                <w:sz w:val="40"/>
                                <w:szCs w:val="40"/>
                              </w:rPr>
                              <w:t xml:space="preserve">Tara Menon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722376</wp:posOffset>
                </wp:positionH>
                <wp:positionV relativeFrom="page">
                  <wp:posOffset>7324344</wp:posOffset>
                </wp:positionV>
                <wp:extent cx="3204457" cy="219456"/>
                <wp:effectExtent l="0" t="0" r="0" b="0"/>
                <wp:wrapNone/>
                <wp:docPr id="433" name="Text 43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4457" cy="2194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45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FFFFFF"/>
                                <w:sz w:val="29"/>
                                <w:szCs w:val="29"/>
                              </w:rPr>
                              <w:t xml:space="preserve">Class XII · Session 2026–27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722376</wp:posOffset>
                </wp:positionH>
                <wp:positionV relativeFrom="page">
                  <wp:posOffset>8074152</wp:posOffset>
                </wp:positionV>
                <wp:extent cx="2355537" cy="192024"/>
                <wp:effectExtent l="0" t="0" r="0" b="0"/>
                <wp:wrapNone/>
                <wp:docPr id="434" name="Text 43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5537" cy="1920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2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FFFFFF"/>
                                <w:sz w:val="26"/>
                                <w:szCs w:val="26"/>
                              </w:rPr>
                              <w:t xml:space="preserve">School / College name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Practical File — Chemistry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