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43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43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832104</wp:posOffset>
                </wp:positionH>
                <wp:positionV relativeFrom="page">
                  <wp:posOffset>941832</wp:posOffset>
                </wp:positionV>
                <wp:extent cx="523436" cy="192024"/>
                <wp:effectExtent l="0" t="0" r="0" b="0"/>
                <wp:wrapNone/>
                <wp:docPr id="436" name="Text 4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436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906784</wp:posOffset>
                </wp:positionH>
                <wp:positionV relativeFrom="page">
                  <wp:posOffset>1216152</wp:posOffset>
                </wp:positionV>
                <wp:extent cx="819902" cy="594360"/>
                <wp:effectExtent l="0" t="0" r="0" b="0"/>
                <wp:wrapNone/>
                <wp:docPr id="437" name="Text 4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902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3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84"/>
                                <w:szCs w:val="84"/>
                              </w:rPr>
                              <w:t xml:space="preserve">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2112264</wp:posOffset>
                </wp:positionH>
                <wp:positionV relativeFrom="page">
                  <wp:posOffset>941832</wp:posOffset>
                </wp:positionV>
                <wp:extent cx="523436" cy="192024"/>
                <wp:effectExtent l="0" t="0" r="0" b="0"/>
                <wp:wrapNone/>
                <wp:docPr id="438" name="Text 4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436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2121793</wp:posOffset>
                </wp:positionH>
                <wp:positionV relativeFrom="page">
                  <wp:posOffset>1216152</wp:posOffset>
                </wp:positionV>
                <wp:extent cx="950204" cy="594360"/>
                <wp:effectExtent l="0" t="0" r="0" b="0"/>
                <wp:wrapNone/>
                <wp:docPr id="439" name="Text 4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204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3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84"/>
                                <w:szCs w:val="84"/>
                              </w:rPr>
                              <w:t xml:space="preserve">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3392424</wp:posOffset>
                </wp:positionH>
                <wp:positionV relativeFrom="page">
                  <wp:posOffset>941832</wp:posOffset>
                </wp:positionV>
                <wp:extent cx="523436" cy="192024"/>
                <wp:effectExtent l="0" t="0" r="0" b="0"/>
                <wp:wrapNone/>
                <wp:docPr id="440" name="Text 4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436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26"/>
                                <w:szCs w:val="26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3411597</wp:posOffset>
                </wp:positionH>
                <wp:positionV relativeFrom="page">
                  <wp:posOffset>1216152</wp:posOffset>
                </wp:positionV>
                <wp:extent cx="930916" cy="594360"/>
                <wp:effectExtent l="0" t="0" r="0" b="0"/>
                <wp:wrapNone/>
                <wp:docPr id="441" name="Text 4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0916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3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84"/>
                                <w:szCs w:val="84"/>
                              </w:rPr>
                              <w:t xml:space="preserve">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832104</wp:posOffset>
                </wp:positionH>
                <wp:positionV relativeFrom="page">
                  <wp:posOffset>2221991</wp:posOffset>
                </wp:positionV>
                <wp:extent cx="524865" cy="192024"/>
                <wp:effectExtent l="0" t="0" r="0" b="0"/>
                <wp:wrapNone/>
                <wp:docPr id="442" name="Text 4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86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891997</wp:posOffset>
                </wp:positionH>
                <wp:positionV relativeFrom="page">
                  <wp:posOffset>2496312</wp:posOffset>
                </wp:positionV>
                <wp:extent cx="849477" cy="594360"/>
                <wp:effectExtent l="0" t="0" r="0" b="0"/>
                <wp:wrapNone/>
                <wp:docPr id="443" name="Text 4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9477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3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84"/>
                                <w:szCs w:val="84"/>
                              </w:rPr>
                              <w:t xml:space="preserve">μ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2112264</wp:posOffset>
                </wp:positionH>
                <wp:positionV relativeFrom="page">
                  <wp:posOffset>2221991</wp:posOffset>
                </wp:positionV>
                <wp:extent cx="523436" cy="192024"/>
                <wp:effectExtent l="0" t="0" r="0" b="0"/>
                <wp:wrapNone/>
                <wp:docPr id="444" name="Text 4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436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26"/>
                                <w:szCs w:val="26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2143867</wp:posOffset>
                </wp:positionH>
                <wp:positionV relativeFrom="page">
                  <wp:posOffset>2496312</wp:posOffset>
                </wp:positionV>
                <wp:extent cx="906056" cy="594360"/>
                <wp:effectExtent l="0" t="0" r="0" b="0"/>
                <wp:wrapNone/>
                <wp:docPr id="445" name="Text 4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056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3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84"/>
                                <w:szCs w:val="84"/>
                              </w:rPr>
                              <w:t xml:space="preserve">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3392424</wp:posOffset>
                </wp:positionH>
                <wp:positionV relativeFrom="page">
                  <wp:posOffset>2221991</wp:posOffset>
                </wp:positionV>
                <wp:extent cx="523436" cy="192024"/>
                <wp:effectExtent l="0" t="0" r="0" b="0"/>
                <wp:wrapNone/>
                <wp:docPr id="446" name="Text 4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436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3455460</wp:posOffset>
                </wp:positionH>
                <wp:positionV relativeFrom="page">
                  <wp:posOffset>2496312</wp:posOffset>
                </wp:positionV>
                <wp:extent cx="843191" cy="594360"/>
                <wp:effectExtent l="0" t="0" r="0" b="0"/>
                <wp:wrapNone/>
                <wp:docPr id="447" name="Text 4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3191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3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84"/>
                                <w:szCs w:val="84"/>
                              </w:rPr>
                              <w:t xml:space="preserve">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832104</wp:posOffset>
                </wp:positionH>
                <wp:positionV relativeFrom="page">
                  <wp:posOffset>3502152</wp:posOffset>
                </wp:positionV>
                <wp:extent cx="523436" cy="192024"/>
                <wp:effectExtent l="0" t="0" r="0" b="0"/>
                <wp:wrapNone/>
                <wp:docPr id="448" name="Text 4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436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26"/>
                                <w:szCs w:val="26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906784</wp:posOffset>
                </wp:positionH>
                <wp:positionV relativeFrom="page">
                  <wp:posOffset>3776472</wp:posOffset>
                </wp:positionV>
                <wp:extent cx="819902" cy="594360"/>
                <wp:effectExtent l="0" t="0" r="0" b="0"/>
                <wp:wrapNone/>
                <wp:docPr id="449" name="Text 4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902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3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84"/>
                                <w:szCs w:val="84"/>
                              </w:rPr>
                              <w:t xml:space="preserve">ƒ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2112264</wp:posOffset>
                </wp:positionH>
                <wp:positionV relativeFrom="page">
                  <wp:posOffset>3502152</wp:posOffset>
                </wp:positionV>
                <wp:extent cx="523436" cy="192024"/>
                <wp:effectExtent l="0" t="0" r="0" b="0"/>
                <wp:wrapNone/>
                <wp:docPr id="450" name="Text 4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436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 xml:space="preserve"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2191088</wp:posOffset>
                </wp:positionH>
                <wp:positionV relativeFrom="page">
                  <wp:posOffset>3776472</wp:posOffset>
                </wp:positionV>
                <wp:extent cx="811615" cy="594360"/>
                <wp:effectExtent l="0" t="0" r="0" b="0"/>
                <wp:wrapNone/>
                <wp:docPr id="451" name="Text 4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1615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3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84"/>
                                <w:szCs w:val="84"/>
                              </w:rPr>
                              <w:t xml:space="preserve">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3392424</wp:posOffset>
                </wp:positionH>
                <wp:positionV relativeFrom="page">
                  <wp:posOffset>3502152</wp:posOffset>
                </wp:positionV>
                <wp:extent cx="523436" cy="192024"/>
                <wp:effectExtent l="0" t="0" r="0" b="0"/>
                <wp:wrapNone/>
                <wp:docPr id="452" name="Text 4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436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 xml:space="preserve"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3390595</wp:posOffset>
                </wp:positionH>
                <wp:positionV relativeFrom="page">
                  <wp:posOffset>3776472</wp:posOffset>
                </wp:positionV>
                <wp:extent cx="972921" cy="594360"/>
                <wp:effectExtent l="0" t="0" r="0" b="0"/>
                <wp:wrapNone/>
                <wp:docPr id="453" name="Text 4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2921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3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84"/>
                                <w:szCs w:val="84"/>
                              </w:rPr>
                              <w:t xml:space="preserve">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4745736</wp:posOffset>
                </wp:positionH>
                <wp:positionV relativeFrom="page">
                  <wp:posOffset>1033272</wp:posOffset>
                </wp:positionV>
                <wp:extent cx="1774736" cy="192024"/>
                <wp:effectExtent l="0" t="0" r="0" b="0"/>
                <wp:wrapNone/>
                <wp:docPr id="454" name="Text 4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4736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B7230"/>
                                <w:spacing w:val="51"/>
                                <w:sz w:val="26"/>
                                <w:szCs w:val="26"/>
                              </w:rPr>
                              <w:t xml:space="preserve">LAB RECORD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4745736</wp:posOffset>
                </wp:positionH>
                <wp:positionV relativeFrom="page">
                  <wp:posOffset>1453895</wp:posOffset>
                </wp:positionV>
                <wp:extent cx="1867147" cy="466344"/>
                <wp:effectExtent l="0" t="0" r="0" b="0"/>
                <wp:wrapNone/>
                <wp:docPr id="455" name="Text 4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7147" cy="466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34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22301B"/>
                                <w:sz w:val="66"/>
                                <w:szCs w:val="66"/>
                              </w:rPr>
                              <w:t xml:space="preserve">Physics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5550408</wp:posOffset>
                </wp:positionV>
                <wp:extent cx="793356" cy="146304"/>
                <wp:effectExtent l="0" t="0" r="0" b="0"/>
                <wp:wrapNone/>
                <wp:docPr id="456" name="Text 4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3356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F684F"/>
                                <w:spacing w:val="28"/>
                                <w:sz w:val="20"/>
                                <w:szCs w:val="20"/>
                              </w:rPr>
                              <w:t xml:space="preserve">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page">
                  <wp:posOffset>2946196</wp:posOffset>
                </wp:positionH>
                <wp:positionV relativeFrom="page">
                  <wp:posOffset>5504688</wp:posOffset>
                </wp:positionV>
                <wp:extent cx="1367545" cy="201168"/>
                <wp:effectExtent l="0" t="0" r="0" b="0"/>
                <wp:wrapNone/>
                <wp:docPr id="457" name="Text 4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7545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2301B"/>
                                <w:sz w:val="29"/>
                                <w:szCs w:val="29"/>
                              </w:rPr>
                              <w:t xml:space="preserve">Arjun Bhat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6135624</wp:posOffset>
                </wp:positionV>
                <wp:extent cx="888368" cy="146304"/>
                <wp:effectExtent l="0" t="0" r="0" b="0"/>
                <wp:wrapNone/>
                <wp:docPr id="458" name="Text 4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8368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F684F"/>
                                <w:spacing w:val="28"/>
                                <w:sz w:val="20"/>
                                <w:szCs w:val="20"/>
                              </w:rPr>
                              <w:t xml:space="preserve">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" behindDoc="0" locked="0" layoutInCell="1" allowOverlap="1">
                <wp:simplePos x="0" y="0"/>
                <wp:positionH relativeFrom="page">
                  <wp:posOffset>2946196</wp:posOffset>
                </wp:positionH>
                <wp:positionV relativeFrom="page">
                  <wp:posOffset>6089904</wp:posOffset>
                </wp:positionV>
                <wp:extent cx="2535245" cy="201168"/>
                <wp:effectExtent l="0" t="0" r="0" b="0"/>
                <wp:wrapNone/>
                <wp:docPr id="459" name="Text 4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5245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2301B"/>
                                <w:sz w:val="29"/>
                                <w:szCs w:val="29"/>
                              </w:rPr>
                              <w:t xml:space="preserve">B.Sc. Physics · Sem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6720839</wp:posOffset>
                </wp:positionV>
                <wp:extent cx="1173403" cy="146304"/>
                <wp:effectExtent l="0" t="0" r="0" b="0"/>
                <wp:wrapNone/>
                <wp:docPr id="460" name="Text 4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403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F684F"/>
                                <w:spacing w:val="28"/>
                                <w:sz w:val="20"/>
                                <w:szCs w:val="20"/>
                              </w:rPr>
                              <w:t xml:space="preserve">ROLL 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" behindDoc="0" locked="0" layoutInCell="1" allowOverlap="1">
                <wp:simplePos x="0" y="0"/>
                <wp:positionH relativeFrom="page">
                  <wp:posOffset>2946196</wp:posOffset>
                </wp:positionH>
                <wp:positionV relativeFrom="page">
                  <wp:posOffset>6675120</wp:posOffset>
                </wp:positionV>
                <wp:extent cx="633222" cy="201168"/>
                <wp:effectExtent l="0" t="0" r="0" b="0"/>
                <wp:wrapNone/>
                <wp:docPr id="461" name="Text 4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222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2301B"/>
                                <w:sz w:val="29"/>
                                <w:szCs w:val="29"/>
                              </w:rPr>
                              <w:t xml:space="preserve"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6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7306056</wp:posOffset>
                </wp:positionV>
                <wp:extent cx="1078391" cy="146304"/>
                <wp:effectExtent l="0" t="0" r="0" b="0"/>
                <wp:wrapNone/>
                <wp:docPr id="462" name="Text 4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391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F684F"/>
                                <w:spacing w:val="28"/>
                                <w:sz w:val="20"/>
                                <w:szCs w:val="20"/>
                              </w:rPr>
                              <w:t xml:space="preserve">SESSION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7" behindDoc="0" locked="0" layoutInCell="1" allowOverlap="1">
                <wp:simplePos x="0" y="0"/>
                <wp:positionH relativeFrom="page">
                  <wp:posOffset>2946196</wp:posOffset>
                </wp:positionH>
                <wp:positionV relativeFrom="page">
                  <wp:posOffset>7260335</wp:posOffset>
                </wp:positionV>
                <wp:extent cx="1141857" cy="201168"/>
                <wp:effectExtent l="0" t="0" r="0" b="0"/>
                <wp:wrapNone/>
                <wp:docPr id="463" name="Text 4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857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2301B"/>
                                <w:sz w:val="29"/>
                                <w:szCs w:val="29"/>
                              </w:rPr>
                              <w:t xml:space="preserve">2026–27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Record — Physics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