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46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46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2145218</wp:posOffset>
                </wp:positionH>
                <wp:positionV relativeFrom="page">
                  <wp:posOffset>3072384</wp:posOffset>
                </wp:positionV>
                <wp:extent cx="3573403" cy="274320"/>
                <wp:effectExtent l="0" t="0" r="0" b="0"/>
                <wp:wrapNone/>
                <wp:docPr id="465" name="Text 4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3403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pacing w:val="22"/>
                                <w:sz w:val="37"/>
                                <w:szCs w:val="37"/>
                              </w:rPr>
                              <w:t xml:space="preserve">PRACTICAL RECORD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2556870</wp:posOffset>
                </wp:positionH>
                <wp:positionV relativeFrom="page">
                  <wp:posOffset>3721607</wp:posOffset>
                </wp:positionV>
                <wp:extent cx="2753328" cy="722376"/>
                <wp:effectExtent l="0" t="0" r="0" b="0"/>
                <wp:wrapNone/>
                <wp:docPr id="466" name="Text 4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328" cy="722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37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86"/>
                                <w:szCs w:val="86"/>
                              </w:rPr>
                              <w:t xml:space="preserve">Biology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5065776</wp:posOffset>
                </wp:positionV>
                <wp:extent cx="872623" cy="182879"/>
                <wp:effectExtent l="0" t="0" r="0" b="0"/>
                <wp:wrapNone/>
                <wp:docPr id="467" name="Text 4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262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6F6B62"/>
                                <w:sz w:val="26"/>
                                <w:szCs w:val="26"/>
                              </w:rPr>
                              <w:t xml:space="preserve">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5010912</wp:posOffset>
                </wp:positionV>
                <wp:extent cx="1154422" cy="219456"/>
                <wp:effectExtent l="0" t="0" r="0" b="0"/>
                <wp:wrapNone/>
                <wp:docPr id="468" name="Text 4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422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6181A"/>
                                <w:sz w:val="27"/>
                                <w:szCs w:val="27"/>
                              </w:rPr>
                              <w:t xml:space="preserve">Naina Joshi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5468112</wp:posOffset>
                </wp:positionV>
                <wp:extent cx="863622" cy="182879"/>
                <wp:effectExtent l="0" t="0" r="0" b="0"/>
                <wp:wrapNone/>
                <wp:docPr id="469" name="Text 4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22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6F6B62"/>
                                <w:sz w:val="26"/>
                                <w:szCs w:val="26"/>
                              </w:rPr>
                              <w:t xml:space="preserve"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5413248</wp:posOffset>
                </wp:positionV>
                <wp:extent cx="983603" cy="219456"/>
                <wp:effectExtent l="0" t="0" r="0" b="0"/>
                <wp:wrapNone/>
                <wp:docPr id="470" name="Text 4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603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6181A"/>
                                <w:sz w:val="27"/>
                                <w:szCs w:val="27"/>
                              </w:rPr>
                              <w:t xml:space="preserve">Class XI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5870448</wp:posOffset>
                </wp:positionV>
                <wp:extent cx="1027785" cy="182879"/>
                <wp:effectExtent l="0" t="0" r="0" b="0"/>
                <wp:wrapNone/>
                <wp:docPr id="471" name="Text 4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7785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6F6B62"/>
                                <w:sz w:val="26"/>
                                <w:szCs w:val="26"/>
                              </w:rPr>
                              <w:t xml:space="preserve">Roll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5815583</wp:posOffset>
                </wp:positionV>
                <wp:extent cx="605790" cy="219456"/>
                <wp:effectExtent l="0" t="0" r="0" b="0"/>
                <wp:wrapNone/>
                <wp:docPr id="472" name="Text 4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6181A"/>
                                <w:sz w:val="27"/>
                                <w:szCs w:val="27"/>
                              </w:rPr>
                              <w:t xml:space="preserve"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Record — Biology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