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47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47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2877445</wp:posOffset>
                </wp:positionH>
                <wp:positionV relativeFrom="page">
                  <wp:posOffset>1243584</wp:posOffset>
                </wp:positionV>
                <wp:extent cx="1560309" cy="155448"/>
                <wp:effectExtent l="0" t="0" r="0" b="0"/>
                <wp:wrapNone/>
                <wp:docPr id="474" name="Text 4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0309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9FB3C8"/>
                                <w:sz w:val="20"/>
                                <w:szCs w:val="20"/>
                              </w:rPr>
                              <w:t xml:space="preserve">practical_01.py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1362456</wp:posOffset>
                </wp:positionH>
                <wp:positionV relativeFrom="page">
                  <wp:posOffset>1737359</wp:posOffset>
                </wp:positionV>
                <wp:extent cx="3219073" cy="182879"/>
                <wp:effectExtent l="0" t="0" r="0" b="0"/>
                <wp:wrapNone/>
                <wp:docPr id="475" name="Text 4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07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A9955"/>
                                <w:sz w:val="24"/>
                                <w:szCs w:val="24"/>
                              </w:rPr>
                              <w:t xml:space="preserve"># Program 1: student marks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842491</wp:posOffset>
                </wp:positionH>
                <wp:positionV relativeFrom="page">
                  <wp:posOffset>1773936</wp:posOffset>
                </wp:positionV>
                <wp:extent cx="473001" cy="137160"/>
                <wp:effectExtent l="0" t="0" r="0" b="0"/>
                <wp:wrapNone/>
                <wp:docPr id="476" name="Text 4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00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B5C6B"/>
                                <w:sz w:val="19"/>
                                <w:szCs w:val="19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1362456</wp:posOffset>
                </wp:positionH>
                <wp:positionV relativeFrom="page">
                  <wp:posOffset>2020824</wp:posOffset>
                </wp:positionV>
                <wp:extent cx="1759177" cy="182879"/>
                <wp:effectExtent l="0" t="0" r="0" b="0"/>
                <wp:wrapNone/>
                <wp:docPr id="477" name="Text 4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917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C586C0"/>
                                <w:sz w:val="24"/>
                                <w:szCs w:val="24"/>
                              </w:rPr>
                              <w:t xml:space="preserve">import sqlite3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842491</wp:posOffset>
                </wp:positionH>
                <wp:positionV relativeFrom="page">
                  <wp:posOffset>2057400</wp:posOffset>
                </wp:positionV>
                <wp:extent cx="473001" cy="137160"/>
                <wp:effectExtent l="0" t="0" r="0" b="0"/>
                <wp:wrapNone/>
                <wp:docPr id="478" name="Text 4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00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B5C6B"/>
                                <w:sz w:val="19"/>
                                <w:szCs w:val="19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1362456</wp:posOffset>
                </wp:positionH>
                <wp:positionV relativeFrom="page">
                  <wp:posOffset>2587752</wp:posOffset>
                </wp:positionV>
                <wp:extent cx="2367467" cy="182879"/>
                <wp:effectExtent l="0" t="0" r="0" b="0"/>
                <wp:wrapNone/>
                <wp:docPr id="479" name="Text 4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46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DCDCAA"/>
                                <w:sz w:val="24"/>
                                <w:szCs w:val="24"/>
                              </w:rPr>
                              <w:t xml:space="preserve">def average(marks):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842491</wp:posOffset>
                </wp:positionH>
                <wp:positionV relativeFrom="page">
                  <wp:posOffset>2624328</wp:posOffset>
                </wp:positionV>
                <wp:extent cx="474573" cy="137160"/>
                <wp:effectExtent l="0" t="0" r="0" b="0"/>
                <wp:wrapNone/>
                <wp:docPr id="480" name="Text 4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573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B5C6B"/>
                                <w:sz w:val="19"/>
                                <w:szCs w:val="19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2871216</wp:posOffset>
                </wp:positionV>
                <wp:extent cx="3705706" cy="182879"/>
                <wp:effectExtent l="0" t="0" r="0" b="0"/>
                <wp:wrapNone/>
                <wp:docPr id="481" name="Text 4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706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D4D4D4"/>
                                <w:sz w:val="24"/>
                                <w:szCs w:val="24"/>
                              </w:rPr>
                              <w:t xml:space="preserve">return sum(marks) / len(marks)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842491</wp:posOffset>
                </wp:positionH>
                <wp:positionV relativeFrom="page">
                  <wp:posOffset>2907791</wp:posOffset>
                </wp:positionV>
                <wp:extent cx="473001" cy="137160"/>
                <wp:effectExtent l="0" t="0" r="0" b="0"/>
                <wp:wrapNone/>
                <wp:docPr id="482" name="Text 4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00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B5C6B"/>
                                <w:sz w:val="19"/>
                                <w:szCs w:val="19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1362456</wp:posOffset>
                </wp:positionH>
                <wp:positionV relativeFrom="page">
                  <wp:posOffset>3438143</wp:posOffset>
                </wp:positionV>
                <wp:extent cx="4070865" cy="182879"/>
                <wp:effectExtent l="0" t="0" r="0" b="0"/>
                <wp:wrapNone/>
                <wp:docPr id="483" name="Text 4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0865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9CDCFE"/>
                                <w:sz w:val="24"/>
                                <w:szCs w:val="24"/>
                              </w:rPr>
                              <w:t xml:space="preserve">db = sqlite3.connect("school.db")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842491</wp:posOffset>
                </wp:positionH>
                <wp:positionV relativeFrom="page">
                  <wp:posOffset>3474719</wp:posOffset>
                </wp:positionV>
                <wp:extent cx="473001" cy="137160"/>
                <wp:effectExtent l="0" t="0" r="0" b="0"/>
                <wp:wrapNone/>
                <wp:docPr id="484" name="Text 4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00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B5C6B"/>
                                <w:sz w:val="19"/>
                                <w:szCs w:val="19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1362456</wp:posOffset>
                </wp:positionH>
                <wp:positionV relativeFrom="page">
                  <wp:posOffset>3721607</wp:posOffset>
                </wp:positionV>
                <wp:extent cx="4922472" cy="182879"/>
                <wp:effectExtent l="0" t="0" r="0" b="0"/>
                <wp:wrapNone/>
                <wp:docPr id="485" name="Text 4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2472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CE9178"/>
                                <w:sz w:val="24"/>
                                <w:szCs w:val="24"/>
                              </w:rPr>
                              <w:t xml:space="preserve">rows = db.execute("SELECT * FROM marks")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842491</wp:posOffset>
                </wp:positionH>
                <wp:positionV relativeFrom="page">
                  <wp:posOffset>3758184</wp:posOffset>
                </wp:positionV>
                <wp:extent cx="473001" cy="137160"/>
                <wp:effectExtent l="0" t="0" r="0" b="0"/>
                <wp:wrapNone/>
                <wp:docPr id="486" name="Text 4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00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B5C6B"/>
                                <w:sz w:val="19"/>
                                <w:szCs w:val="19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1362456</wp:posOffset>
                </wp:positionH>
                <wp:positionV relativeFrom="page">
                  <wp:posOffset>4005072</wp:posOffset>
                </wp:positionV>
                <wp:extent cx="3462389" cy="182879"/>
                <wp:effectExtent l="0" t="0" r="0" b="0"/>
                <wp:wrapNone/>
                <wp:docPr id="487" name="Text 4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2389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D4D4D4"/>
                                <w:sz w:val="24"/>
                                <w:szCs w:val="24"/>
                              </w:rPr>
                              <w:t xml:space="preserve">print(average([78, 91, 85]))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842491</wp:posOffset>
                </wp:positionH>
                <wp:positionV relativeFrom="page">
                  <wp:posOffset>4041648</wp:posOffset>
                </wp:positionV>
                <wp:extent cx="473001" cy="137160"/>
                <wp:effectExtent l="0" t="0" r="0" b="0"/>
                <wp:wrapNone/>
                <wp:docPr id="488" name="Text 4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00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4B5C6B"/>
                                <w:sz w:val="19"/>
                                <w:szCs w:val="19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5148071</wp:posOffset>
                </wp:positionV>
                <wp:extent cx="2610926" cy="192024"/>
                <wp:effectExtent l="0" t="0" r="0" b="0"/>
                <wp:wrapNone/>
                <wp:docPr id="489" name="Text 4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0926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66E4A"/>
                                <w:spacing w:val="64"/>
                                <w:sz w:val="26"/>
                                <w:szCs w:val="26"/>
                              </w:rPr>
                              <w:t xml:space="preserve">PRACTICAL FILE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5404104</wp:posOffset>
                </wp:positionV>
                <wp:extent cx="6270955" cy="777240"/>
                <wp:effectExtent l="0" t="0" r="0" b="0"/>
                <wp:wrapNone/>
                <wp:docPr id="490" name="Text 4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095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224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b/>
                                <w:bCs/>
                                <w:color w:val="1F2B22"/>
                                <w:spacing w:val="-27"/>
                                <w:sz w:val="92"/>
                                <w:szCs w:val="92"/>
                              </w:rPr>
                              <w:t xml:space="preserve">Computer Science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6236208</wp:posOffset>
                </wp:positionV>
                <wp:extent cx="2864743" cy="201168"/>
                <wp:effectExtent l="0" t="0" r="0" b="0"/>
                <wp:wrapNone/>
                <wp:docPr id="491" name="Text 4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4743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5A6253"/>
                                <w:sz w:val="29"/>
                                <w:szCs w:val="29"/>
                              </w:rPr>
                              <w:t xml:space="preserve">Class XII · Python &amp; SQL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6830568</wp:posOffset>
                </wp:positionV>
                <wp:extent cx="793356" cy="146304"/>
                <wp:effectExtent l="0" t="0" r="0" b="0"/>
                <wp:wrapNone/>
                <wp:docPr id="492" name="Text 4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3356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253"/>
                                <w:spacing w:val="28"/>
                                <w:sz w:val="20"/>
                                <w:szCs w:val="20"/>
                              </w:rPr>
                              <w:t xml:space="preserve">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2968142</wp:posOffset>
                </wp:positionH>
                <wp:positionV relativeFrom="page">
                  <wp:posOffset>6784848</wp:posOffset>
                </wp:positionV>
                <wp:extent cx="1598771" cy="201168"/>
                <wp:effectExtent l="0" t="0" r="0" b="0"/>
                <wp:wrapNone/>
                <wp:docPr id="493" name="Text 4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8771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29"/>
                                <w:szCs w:val="29"/>
                              </w:rPr>
                              <w:t xml:space="preserve">Sameer Khan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7415783</wp:posOffset>
                </wp:positionV>
                <wp:extent cx="1173403" cy="146304"/>
                <wp:effectExtent l="0" t="0" r="0" b="0"/>
                <wp:wrapNone/>
                <wp:docPr id="494" name="Text 4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03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253"/>
                                <w:spacing w:val="28"/>
                                <w:sz w:val="20"/>
                                <w:szCs w:val="20"/>
                              </w:rPr>
                              <w:t xml:space="preserve">ROLL NO.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2968142</wp:posOffset>
                </wp:positionH>
                <wp:positionV relativeFrom="page">
                  <wp:posOffset>7370063</wp:posOffset>
                </wp:positionV>
                <wp:extent cx="633222" cy="201168"/>
                <wp:effectExtent l="0" t="0" r="0" b="0"/>
                <wp:wrapNone/>
                <wp:docPr id="495" name="Text 4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222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29"/>
                                <w:szCs w:val="29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8001000</wp:posOffset>
                </wp:positionV>
                <wp:extent cx="1078391" cy="146304"/>
                <wp:effectExtent l="0" t="0" r="0" b="0"/>
                <wp:wrapNone/>
                <wp:docPr id="496" name="Text 4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391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5A6253"/>
                                <w:spacing w:val="28"/>
                                <w:sz w:val="20"/>
                                <w:szCs w:val="20"/>
                              </w:rPr>
                              <w:t xml:space="preserve">SESSION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page">
                  <wp:posOffset>2968142</wp:posOffset>
                </wp:positionH>
                <wp:positionV relativeFrom="page">
                  <wp:posOffset>7955280</wp:posOffset>
                </wp:positionV>
                <wp:extent cx="1141857" cy="201168"/>
                <wp:effectExtent l="0" t="0" r="0" b="0"/>
                <wp:wrapNone/>
                <wp:docPr id="497" name="Text 4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857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29"/>
                                <w:szCs w:val="29"/>
                              </w:rPr>
                              <w:t xml:space="preserve">2026–27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" behindDoc="0" locked="0" layoutInCell="1" allowOverlap="1">
                <wp:simplePos x="0" y="0"/>
                <wp:positionH relativeFrom="page">
                  <wp:posOffset>813816</wp:posOffset>
                </wp:positionH>
                <wp:positionV relativeFrom="page">
                  <wp:posOffset>8595360</wp:posOffset>
                </wp:positionV>
                <wp:extent cx="2341421" cy="182879"/>
                <wp:effectExtent l="0" t="0" r="0" b="0"/>
                <wp:wrapNone/>
                <wp:docPr id="498" name="Text 4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1421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F2B22"/>
                                <w:sz w:val="26"/>
                                <w:szCs w:val="26"/>
                              </w:rPr>
                              <w:t xml:space="preserve">School / College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" behindDoc="0" locked="0" layoutInCell="1" allowOverlap="1">
                <wp:simplePos x="0" y="0"/>
                <wp:positionH relativeFrom="page">
                  <wp:posOffset>4002507</wp:posOffset>
                </wp:positionH>
                <wp:positionV relativeFrom="page">
                  <wp:posOffset>8613648</wp:posOffset>
                </wp:positionV>
                <wp:extent cx="2508949" cy="164592"/>
                <wp:effectExtent l="0" t="0" r="0" b="0"/>
                <wp:wrapNone/>
                <wp:docPr id="499" name="Text 4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949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right"/>
                            </w:pPr>
                            <w:r>
                              <w:rPr>
                                <w:rFonts w:ascii="Arial" w:hAnsi="Arial" w:cs="Arial" w:eastAsia="Arial"/>
                                <w:color w:val="5A6253"/>
                                <w:sz w:val="23"/>
                                <w:szCs w:val="23"/>
                              </w:rPr>
                              <w:t xml:space="preserve">Submitted to: 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File — Computer Science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