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0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0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429767</wp:posOffset>
                </wp:positionV>
                <wp:extent cx="4904655" cy="374904"/>
                <wp:effectExtent l="0" t="0" r="0" b="0"/>
                <wp:wrapNone/>
                <wp:docPr id="509" name="Text 5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4655" cy="374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9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49"/>
                                <w:szCs w:val="49"/>
                              </w:rPr>
                              <w:t xml:space="preserve">Cell Biology — Lecture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896112</wp:posOffset>
                </wp:positionV>
                <wp:extent cx="2948911" cy="164592"/>
                <wp:effectExtent l="0" t="0" r="0" b="0"/>
                <wp:wrapNone/>
                <wp:docPr id="510" name="Text 5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1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767676"/>
                                <w:sz w:val="22"/>
                                <w:szCs w:val="22"/>
                              </w:rPr>
                              <w:t xml:space="preserve">Cornell notes · 14 Oct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1591056</wp:posOffset>
                </wp:positionV>
                <wp:extent cx="1511960" cy="182879"/>
                <wp:effectExtent l="0" t="0" r="0" b="0"/>
                <wp:wrapNone/>
                <wp:docPr id="511" name="Text 5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6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What is a cell?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2551176</wp:posOffset>
                </wp:positionH>
                <wp:positionV relativeFrom="page">
                  <wp:posOffset>1581912</wp:posOffset>
                </wp:positionV>
                <wp:extent cx="3986385" cy="201168"/>
                <wp:effectExtent l="0" t="0" r="0" b="0"/>
                <wp:wrapNone/>
                <wp:docPr id="512" name="Text 5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6385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Smallest unit of life; all living things are made of cells.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2670047</wp:posOffset>
                </wp:positionV>
                <wp:extent cx="1474527" cy="407822"/>
                <wp:effectExtent l="0" t="0" r="0" b="0"/>
                <wp:wrapNone/>
                <wp:docPr id="513" name="Text 5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4527" cy="4078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Prokaryote vs</w:t>
                            </w:r>
                          </w:p>
                          <w:p>
                            <w:pPr>
                              <w:spacing w:before="0" w:after="0" w:line="354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eukaryote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2551176</wp:posOffset>
                </wp:positionH>
                <wp:positionV relativeFrom="page">
                  <wp:posOffset>2660904</wp:posOffset>
                </wp:positionV>
                <wp:extent cx="4117168" cy="431596"/>
                <wp:effectExtent l="0" t="0" r="0" b="0"/>
                <wp:wrapNone/>
                <wp:docPr id="514" name="Text 5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168" cy="431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Prokaryotes: no nucleus (bacteria). Eukaryotes: nucleus</w:t>
                            </w:r>
                          </w:p>
                          <w:p>
                            <w:pPr>
                              <w:spacing w:before="0" w:after="0" w:line="362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(plants, animals).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3749040</wp:posOffset>
                </wp:positionV>
                <wp:extent cx="1242641" cy="182879"/>
                <wp:effectExtent l="0" t="0" r="0" b="0"/>
                <wp:wrapNone/>
                <wp:docPr id="515" name="Text 5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64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Organelles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2551176</wp:posOffset>
                </wp:positionH>
                <wp:positionV relativeFrom="page">
                  <wp:posOffset>3739895</wp:posOffset>
                </wp:positionV>
                <wp:extent cx="3689825" cy="201168"/>
                <wp:effectExtent l="0" t="0" r="0" b="0"/>
                <wp:wrapNone/>
                <wp:docPr id="516" name="Text 5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825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Nucleus, ribosomes, ER, Golgi, lysosomes, vacuoles.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4828032</wp:posOffset>
                </wp:positionV>
                <wp:extent cx="1433950" cy="182879"/>
                <wp:effectExtent l="0" t="0" r="0" b="0"/>
                <wp:wrapNone/>
                <wp:docPr id="517" name="Text 5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95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Mitochondria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2551176</wp:posOffset>
                </wp:positionH>
                <wp:positionV relativeFrom="page">
                  <wp:posOffset>4818888</wp:posOffset>
                </wp:positionV>
                <wp:extent cx="3874051" cy="201168"/>
                <wp:effectExtent l="0" t="0" r="0" b="0"/>
                <wp:wrapNone/>
                <wp:docPr id="518" name="Text 5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405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Site of cellular respiration — makes ATP for the cell.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649224</wp:posOffset>
                </wp:positionH>
                <wp:positionV relativeFrom="page">
                  <wp:posOffset>5907024</wp:posOffset>
                </wp:positionV>
                <wp:extent cx="1217352" cy="182879"/>
                <wp:effectExtent l="0" t="0" r="0" b="0"/>
                <wp:wrapNone/>
                <wp:docPr id="519" name="Text 5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735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4"/>
                                <w:szCs w:val="24"/>
                              </w:rPr>
                              <w:t xml:space="preserve">Key words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2551176</wp:posOffset>
                </wp:positionH>
                <wp:positionV relativeFrom="page">
                  <wp:posOffset>5897880</wp:posOffset>
                </wp:positionV>
                <wp:extent cx="3414661" cy="201168"/>
                <wp:effectExtent l="0" t="0" r="0" b="0"/>
                <wp:wrapNone/>
                <wp:docPr id="520" name="Text 5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66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Membrane, cytoplasm, organelle, nucleus, ATP.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7479791</wp:posOffset>
                </wp:positionV>
                <wp:extent cx="1078077" cy="137160"/>
                <wp:effectExtent l="0" t="0" r="0" b="0"/>
                <wp:wrapNone/>
                <wp:docPr id="521" name="Text 5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37"/>
                                <w:sz w:val="19"/>
                                <w:szCs w:val="19"/>
                              </w:rPr>
                              <w:t xml:space="preserve">SUMMARY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7754111</wp:posOffset>
                </wp:positionV>
                <wp:extent cx="6610445" cy="431596"/>
                <wp:effectExtent l="0" t="0" r="0" b="0"/>
                <wp:wrapNone/>
                <wp:docPr id="522" name="Text 5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445" cy="431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Cells are life’s building blocks. Eukaryotic cells keep DNA in a nucleus; mitochondria power</w:t>
                            </w:r>
                          </w:p>
                          <w:p>
                            <w:pPr>
                              <w:spacing w:before="0" w:after="0" w:line="362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0A0A0A"/>
                                <w:sz w:val="26"/>
                                <w:szCs w:val="26"/>
                              </w:rPr>
                              <w:t xml:space="preserve">the cell by making ATP.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Cornell notes — Cell Biology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