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523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523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685800</wp:posOffset>
                </wp:positionV>
                <wp:extent cx="1606657" cy="173736"/>
                <wp:effectExtent l="0" t="0" r="0" b="0"/>
                <wp:wrapNone/>
                <wp:docPr id="524" name="Text 52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6657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69"/>
                                <w:sz w:val="23"/>
                                <w:szCs w:val="23"/>
                              </w:rPr>
                              <w:t xml:space="preserve">CHAPTER 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841247</wp:posOffset>
                </wp:positionV>
                <wp:extent cx="6631232" cy="786383"/>
                <wp:effectExtent l="0" t="0" r="0" b="0"/>
                <wp:wrapNone/>
                <wp:docPr id="525" name="Text 52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1232" cy="7863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238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11111"/>
                                <w:spacing w:val="94"/>
                                <w:sz w:val="101"/>
                                <w:szCs w:val="101"/>
                              </w:rPr>
                              <w:t xml:space="preserve">ELECTRICITY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722376</wp:posOffset>
                </wp:positionH>
                <wp:positionV relativeFrom="page">
                  <wp:posOffset>2478024</wp:posOffset>
                </wp:positionV>
                <wp:extent cx="1096251" cy="146304"/>
                <wp:effectExtent l="0" t="0" r="0" b="0"/>
                <wp:wrapNone/>
                <wp:docPr id="526" name="Text 52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6251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D23F"/>
                                <w:spacing w:val="32"/>
                                <w:sz w:val="20"/>
                                <w:szCs w:val="20"/>
                              </w:rPr>
                              <w:t xml:space="preserve">CURRENT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722376</wp:posOffset>
                </wp:positionH>
                <wp:positionV relativeFrom="page">
                  <wp:posOffset>2898647</wp:posOffset>
                </wp:positionV>
                <wp:extent cx="1375618" cy="301752"/>
                <wp:effectExtent l="0" t="0" r="0" b="0"/>
                <wp:wrapNone/>
                <wp:docPr id="527" name="Text 52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5618" cy="3017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75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F5F2EA"/>
                                <w:sz w:val="43"/>
                                <w:szCs w:val="43"/>
                              </w:rPr>
                              <w:t xml:space="preserve">I = Q / 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722376</wp:posOffset>
                </wp:positionH>
                <wp:positionV relativeFrom="page">
                  <wp:posOffset>3429000</wp:posOffset>
                </wp:positionV>
                <wp:extent cx="2789877" cy="385876"/>
                <wp:effectExtent l="0" t="0" r="0" b="0"/>
                <wp:wrapNone/>
                <wp:docPr id="528" name="Text 52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9877" cy="3858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F5F2EA"/>
                                <w:sz w:val="23"/>
                                <w:szCs w:val="23"/>
                              </w:rPr>
                              <w:t xml:space="preserve">Flow of charge. Unit: ampere</w:t>
                            </w:r>
                          </w:p>
                          <w:p>
                            <w:pPr>
                              <w:spacing w:before="0" w:after="0" w:line="334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F5F2EA"/>
                                <w:sz w:val="23"/>
                                <w:szCs w:val="23"/>
                              </w:rPr>
                              <w:t xml:space="preserve">(A).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3941064</wp:posOffset>
                </wp:positionH>
                <wp:positionV relativeFrom="page">
                  <wp:posOffset>2478024</wp:posOffset>
                </wp:positionV>
                <wp:extent cx="1291418" cy="146304"/>
                <wp:effectExtent l="0" t="0" r="0" b="0"/>
                <wp:wrapNone/>
                <wp:docPr id="529" name="Text 52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1418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D23F"/>
                                <w:spacing w:val="31"/>
                                <w:sz w:val="20"/>
                                <w:szCs w:val="20"/>
                              </w:rPr>
                              <w:t xml:space="preserve">OHM’S LAW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3941064</wp:posOffset>
                </wp:positionH>
                <wp:positionV relativeFrom="page">
                  <wp:posOffset>2898647</wp:posOffset>
                </wp:positionV>
                <wp:extent cx="1320325" cy="301752"/>
                <wp:effectExtent l="0" t="0" r="0" b="0"/>
                <wp:wrapNone/>
                <wp:docPr id="530" name="Text 53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0325" cy="3017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75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F5F2EA"/>
                                <w:sz w:val="43"/>
                                <w:szCs w:val="43"/>
                              </w:rPr>
                              <w:t xml:space="preserve">V = I 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3941064</wp:posOffset>
                </wp:positionH>
                <wp:positionV relativeFrom="page">
                  <wp:posOffset>3429000</wp:posOffset>
                </wp:positionV>
                <wp:extent cx="2830435" cy="385876"/>
                <wp:effectExtent l="0" t="0" r="0" b="0"/>
                <wp:wrapNone/>
                <wp:docPr id="531" name="Text 53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0435" cy="3858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F5F2EA"/>
                                <w:sz w:val="23"/>
                                <w:szCs w:val="23"/>
                              </w:rPr>
                              <w:t xml:space="preserve">At constant temperature, V is</w:t>
                            </w:r>
                          </w:p>
                          <w:p>
                            <w:pPr>
                              <w:spacing w:before="0" w:after="0" w:line="334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F5F2EA"/>
                                <w:sz w:val="23"/>
                                <w:szCs w:val="23"/>
                              </w:rPr>
                              <w:t xml:space="preserve">proportional to 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722376</wp:posOffset>
                </wp:positionH>
                <wp:positionV relativeFrom="page">
                  <wp:posOffset>4672583</wp:posOffset>
                </wp:positionV>
                <wp:extent cx="1388859" cy="146304"/>
                <wp:effectExtent l="0" t="0" r="0" b="0"/>
                <wp:wrapNone/>
                <wp:docPr id="532" name="Text 53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8859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D23F"/>
                                <w:spacing w:val="32"/>
                                <w:sz w:val="20"/>
                                <w:szCs w:val="20"/>
                              </w:rPr>
                              <w:t xml:space="preserve">RESISTANCE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722376</wp:posOffset>
                </wp:positionH>
                <wp:positionV relativeFrom="page">
                  <wp:posOffset>5093208</wp:posOffset>
                </wp:positionV>
                <wp:extent cx="1662823" cy="301752"/>
                <wp:effectExtent l="0" t="0" r="0" b="0"/>
                <wp:wrapNone/>
                <wp:docPr id="533" name="Text 53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2823" cy="3017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75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F5F2EA"/>
                                <w:sz w:val="43"/>
                                <w:szCs w:val="43"/>
                              </w:rPr>
                              <w:t xml:space="preserve">R = ρL / 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722376</wp:posOffset>
                </wp:positionH>
                <wp:positionV relativeFrom="page">
                  <wp:posOffset>5623560</wp:posOffset>
                </wp:positionV>
                <wp:extent cx="2817552" cy="385876"/>
                <wp:effectExtent l="0" t="0" r="0" b="0"/>
                <wp:wrapNone/>
                <wp:docPr id="534" name="Text 53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7552" cy="3858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F5F2EA"/>
                                <w:sz w:val="23"/>
                                <w:szCs w:val="23"/>
                              </w:rPr>
                              <w:t xml:space="preserve">Depends on length, area and</w:t>
                            </w:r>
                          </w:p>
                          <w:p>
                            <w:pPr>
                              <w:spacing w:before="0" w:after="0" w:line="334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F5F2EA"/>
                                <w:sz w:val="23"/>
                                <w:szCs w:val="23"/>
                              </w:rPr>
                              <w:t xml:space="preserve">material.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3941064</wp:posOffset>
                </wp:positionH>
                <wp:positionV relativeFrom="page">
                  <wp:posOffset>4672583</wp:posOffset>
                </wp:positionV>
                <wp:extent cx="901084" cy="146304"/>
                <wp:effectExtent l="0" t="0" r="0" b="0"/>
                <wp:wrapNone/>
                <wp:docPr id="535" name="Text 53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1084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D23F"/>
                                <w:spacing w:val="30"/>
                                <w:sz w:val="20"/>
                                <w:szCs w:val="20"/>
                              </w:rPr>
                              <w:t xml:space="preserve">POWER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3941064</wp:posOffset>
                </wp:positionH>
                <wp:positionV relativeFrom="page">
                  <wp:posOffset>5093208</wp:posOffset>
                </wp:positionV>
                <wp:extent cx="1266729" cy="301752"/>
                <wp:effectExtent l="0" t="0" r="0" b="0"/>
                <wp:wrapNone/>
                <wp:docPr id="536" name="Text 53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729" cy="3017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75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F5F2EA"/>
                                <w:sz w:val="43"/>
                                <w:szCs w:val="43"/>
                              </w:rPr>
                              <w:t xml:space="preserve">P = V 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3941064</wp:posOffset>
                </wp:positionH>
                <wp:positionV relativeFrom="page">
                  <wp:posOffset>5623560</wp:posOffset>
                </wp:positionV>
                <wp:extent cx="2685121" cy="385876"/>
                <wp:effectExtent l="0" t="0" r="0" b="0"/>
                <wp:wrapNone/>
                <wp:docPr id="537" name="Text 53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5121" cy="3858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F5F2EA"/>
                                <w:sz w:val="23"/>
                                <w:szCs w:val="23"/>
                              </w:rPr>
                              <w:t xml:space="preserve">Unit: watt (W). Also P = I²R =</w:t>
                            </w:r>
                          </w:p>
                          <w:p>
                            <w:pPr>
                              <w:spacing w:before="0" w:after="0" w:line="334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F5F2EA"/>
                                <w:sz w:val="23"/>
                                <w:szCs w:val="23"/>
                              </w:rPr>
                              <w:t xml:space="preserve">V²/R.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722376</wp:posOffset>
                </wp:positionH>
                <wp:positionV relativeFrom="page">
                  <wp:posOffset>6867144</wp:posOffset>
                </wp:positionV>
                <wp:extent cx="998667" cy="146304"/>
                <wp:effectExtent l="0" t="0" r="0" b="0"/>
                <wp:wrapNone/>
                <wp:docPr id="538" name="Text 53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8667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D23F"/>
                                <w:spacing w:val="32"/>
                                <w:sz w:val="20"/>
                                <w:szCs w:val="20"/>
                              </w:rPr>
                              <w:t xml:space="preserve">SERIES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" behindDoc="0" locked="0" layoutInCell="1" allowOverlap="1">
                <wp:simplePos x="0" y="0"/>
                <wp:positionH relativeFrom="page">
                  <wp:posOffset>722376</wp:posOffset>
                </wp:positionH>
                <wp:positionV relativeFrom="page">
                  <wp:posOffset>7287768</wp:posOffset>
                </wp:positionV>
                <wp:extent cx="2579208" cy="301752"/>
                <wp:effectExtent l="0" t="0" r="0" b="0"/>
                <wp:wrapNone/>
                <wp:docPr id="539" name="Text 53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9208" cy="3017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75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F5F2EA"/>
                                <w:sz w:val="43"/>
                                <w:szCs w:val="43"/>
                              </w:rPr>
                              <w:t xml:space="preserve">R = R₁ + R₂ + 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" behindDoc="0" locked="0" layoutInCell="1" allowOverlap="1">
                <wp:simplePos x="0" y="0"/>
                <wp:positionH relativeFrom="page">
                  <wp:posOffset>722376</wp:posOffset>
                </wp:positionH>
                <wp:positionV relativeFrom="page">
                  <wp:posOffset>7818120</wp:posOffset>
                </wp:positionV>
                <wp:extent cx="2696637" cy="385876"/>
                <wp:effectExtent l="0" t="0" r="0" b="0"/>
                <wp:wrapNone/>
                <wp:docPr id="540" name="Text 54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6637" cy="3858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F5F2EA"/>
                                <w:sz w:val="23"/>
                                <w:szCs w:val="23"/>
                              </w:rPr>
                              <w:t xml:space="preserve">Same current through each</w:t>
                            </w:r>
                          </w:p>
                          <w:p>
                            <w:pPr>
                              <w:spacing w:before="0" w:after="0" w:line="334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F5F2EA"/>
                                <w:sz w:val="23"/>
                                <w:szCs w:val="23"/>
                              </w:rPr>
                              <w:t xml:space="preserve">resistor.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" behindDoc="0" locked="0" layoutInCell="1" allowOverlap="1">
                <wp:simplePos x="0" y="0"/>
                <wp:positionH relativeFrom="page">
                  <wp:posOffset>3941064</wp:posOffset>
                </wp:positionH>
                <wp:positionV relativeFrom="page">
                  <wp:posOffset>6867144</wp:posOffset>
                </wp:positionV>
                <wp:extent cx="1193834" cy="146304"/>
                <wp:effectExtent l="0" t="0" r="0" b="0"/>
                <wp:wrapNone/>
                <wp:docPr id="541" name="Text 54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3834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D23F"/>
                                <w:spacing w:val="32"/>
                                <w:sz w:val="20"/>
                                <w:szCs w:val="20"/>
                              </w:rPr>
                              <w:t xml:space="preserve">PARALLEL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8" behindDoc="0" locked="0" layoutInCell="1" allowOverlap="1">
                <wp:simplePos x="0" y="0"/>
                <wp:positionH relativeFrom="page">
                  <wp:posOffset>3941064</wp:posOffset>
                </wp:positionH>
                <wp:positionV relativeFrom="page">
                  <wp:posOffset>7287768</wp:posOffset>
                </wp:positionV>
                <wp:extent cx="3337560" cy="301752"/>
                <wp:effectExtent l="0" t="0" r="0" b="0"/>
                <wp:wrapNone/>
                <wp:docPr id="542" name="Text 54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7560" cy="3017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75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F5F2EA"/>
                                <w:sz w:val="43"/>
                                <w:szCs w:val="43"/>
                              </w:rPr>
                              <w:t xml:space="preserve">1/R = 1/R₁ + 1/R₂ + 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9" behindDoc="0" locked="0" layoutInCell="1" allowOverlap="1">
                <wp:simplePos x="0" y="0"/>
                <wp:positionH relativeFrom="page">
                  <wp:posOffset>3941064</wp:posOffset>
                </wp:positionH>
                <wp:positionV relativeFrom="page">
                  <wp:posOffset>7818120</wp:posOffset>
                </wp:positionV>
                <wp:extent cx="2504770" cy="385876"/>
                <wp:effectExtent l="0" t="0" r="0" b="0"/>
                <wp:wrapNone/>
                <wp:docPr id="543" name="Text 54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4770" cy="3858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F5F2EA"/>
                                <w:sz w:val="23"/>
                                <w:szCs w:val="23"/>
                              </w:rPr>
                              <w:t xml:space="preserve">Same voltage across each</w:t>
                            </w:r>
                          </w:p>
                          <w:p>
                            <w:pPr>
                              <w:spacing w:before="0" w:after="0" w:line="334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F5F2EA"/>
                                <w:sz w:val="23"/>
                                <w:szCs w:val="23"/>
                              </w:rPr>
                              <w:t xml:space="preserve">branch.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summary — Electricity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