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54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54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530352</wp:posOffset>
                </wp:positionV>
                <wp:extent cx="2899081" cy="502920"/>
                <wp:effectExtent l="0" t="0" r="0" b="0"/>
                <wp:wrapNone/>
                <wp:docPr id="545" name="Text 5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9081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63"/>
                                <w:szCs w:val="63"/>
                              </w:rPr>
                              <w:t xml:space="preserve">Photosynthesis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1618488</wp:posOffset>
                </wp:positionV>
                <wp:extent cx="5325270" cy="301752"/>
                <wp:effectExtent l="0" t="0" r="0" b="0"/>
                <wp:wrapNone/>
                <wp:docPr id="546" name="Text 5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270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• Plants make food using sunlight, water and CO₂.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2350008</wp:posOffset>
                </wp:positionV>
                <wp:extent cx="5086977" cy="301752"/>
                <wp:effectExtent l="0" t="0" r="0" b="0"/>
                <wp:wrapNone/>
                <wp:docPr id="547" name="Text 5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977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• Happens in chloroplasts (contain chlorophyll).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3081528</wp:posOffset>
                </wp:positionV>
                <wp:extent cx="3654570" cy="301752"/>
                <wp:effectExtent l="0" t="0" r="0" b="0"/>
                <wp:wrapNone/>
                <wp:docPr id="548" name="Text 5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4570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B54023"/>
                                <w:sz w:val="37"/>
                                <w:szCs w:val="37"/>
                              </w:rPr>
                              <w:t xml:space="preserve">• 6CO₂ + 6H₂O → C₆H₁₂O₆ + 6O₂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3813048</wp:posOffset>
                </wp:positionV>
                <wp:extent cx="3547443" cy="301752"/>
                <wp:effectExtent l="0" t="0" r="0" b="0"/>
                <wp:wrapNone/>
                <wp:docPr id="549" name="Text 5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443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• Light reaction → in thylakoids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4544568</wp:posOffset>
                </wp:positionV>
                <wp:extent cx="4713078" cy="301752"/>
                <wp:effectExtent l="0" t="0" r="0" b="0"/>
                <wp:wrapNone/>
                <wp:docPr id="550" name="Text 5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307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• Dark reaction (Calvin cycle) → in stroma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5276088</wp:posOffset>
                </wp:positionV>
                <wp:extent cx="4380998" cy="301752"/>
                <wp:effectExtent l="0" t="0" r="0" b="0"/>
                <wp:wrapNone/>
                <wp:docPr id="551" name="Text 5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099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• Factors: light, CO₂, temperature, water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6007608</wp:posOffset>
                </wp:positionV>
                <wp:extent cx="4181078" cy="301752"/>
                <wp:effectExtent l="0" t="0" r="0" b="0"/>
                <wp:wrapNone/>
                <wp:docPr id="552" name="Text 5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07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★ Oxygen is released as a by-product!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1179576</wp:posOffset>
                </wp:positionH>
                <wp:positionV relativeFrom="page">
                  <wp:posOffset>6739128</wp:posOffset>
                </wp:positionV>
                <wp:extent cx="3404321" cy="301752"/>
                <wp:effectExtent l="0" t="0" r="0" b="0"/>
                <wp:wrapNone/>
                <wp:docPr id="553" name="Text 5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4321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7"/>
                                <w:szCs w:val="37"/>
                              </w:rPr>
                              <w:t xml:space="preserve">→ Revise diagram on page 112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Lined notes — Photosynthesis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