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5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5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2224092</wp:posOffset>
                </wp:positionH>
                <wp:positionV relativeFrom="page">
                  <wp:posOffset>1504188</wp:posOffset>
                </wp:positionV>
                <wp:extent cx="1153429" cy="173736"/>
                <wp:effectExtent l="0" t="0" r="0" b="0"/>
                <wp:wrapNone/>
                <wp:docPr id="555" name="Text 5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42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Fossil fuels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3860311</wp:posOffset>
                </wp:positionH>
                <wp:positionV relativeFrom="page">
                  <wp:posOffset>1504188</wp:posOffset>
                </wp:positionV>
                <wp:extent cx="1308163" cy="173736"/>
                <wp:effectExtent l="0" t="0" r="0" b="0"/>
                <wp:wrapNone/>
                <wp:docPr id="556" name="Text 5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6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Deforestation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3107602</wp:posOffset>
                </wp:positionH>
                <wp:positionV relativeFrom="page">
                  <wp:posOffset>2368296</wp:posOffset>
                </wp:positionV>
                <wp:extent cx="1099994" cy="219456"/>
                <wp:effectExtent l="0" t="0" r="0" b="0"/>
                <wp:wrapNone/>
                <wp:docPr id="557" name="Text 5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99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Causes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5284989</wp:posOffset>
                </wp:positionH>
                <wp:positionV relativeFrom="page">
                  <wp:posOffset>2314346</wp:posOffset>
                </wp:positionV>
                <wp:extent cx="1147143" cy="173736"/>
                <wp:effectExtent l="0" t="0" r="0" b="0"/>
                <wp:wrapNone/>
                <wp:docPr id="558" name="Text 5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1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Heatwaves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5717214</wp:posOffset>
                </wp:positionH>
                <wp:positionV relativeFrom="page">
                  <wp:posOffset>3862425</wp:posOffset>
                </wp:positionV>
                <wp:extent cx="1001410" cy="173736"/>
                <wp:effectExtent l="0" t="0" r="0" b="0"/>
                <wp:wrapNone/>
                <wp:docPr id="559" name="Text 5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41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Sea level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4947518</wp:posOffset>
                </wp:positionH>
                <wp:positionV relativeFrom="page">
                  <wp:posOffset>3511296</wp:posOffset>
                </wp:positionV>
                <wp:extent cx="1063132" cy="219456"/>
                <wp:effectExtent l="0" t="0" r="0" b="0"/>
                <wp:wrapNone/>
                <wp:docPr id="560" name="Text 5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132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Effects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5612772</wp:posOffset>
                </wp:positionH>
                <wp:positionV relativeFrom="page">
                  <wp:posOffset>5482742</wp:posOffset>
                </wp:positionV>
                <wp:extent cx="1210294" cy="173736"/>
                <wp:effectExtent l="0" t="0" r="0" b="0"/>
                <wp:wrapNone/>
                <wp:docPr id="561" name="Text 5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029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Renewables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5325279</wp:posOffset>
                </wp:positionH>
                <wp:positionV relativeFrom="page">
                  <wp:posOffset>7030821</wp:posOffset>
                </wp:positionV>
                <wp:extent cx="1068120" cy="173736"/>
                <wp:effectExtent l="0" t="0" r="0" b="0"/>
                <wp:wrapNone/>
                <wp:docPr id="562" name="Text 5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12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Efficiency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4839862</wp:posOffset>
                </wp:positionH>
                <wp:positionV relativeFrom="page">
                  <wp:posOffset>5797295</wp:posOffset>
                </wp:positionV>
                <wp:extent cx="1278445" cy="219456"/>
                <wp:effectExtent l="0" t="0" r="0" b="0"/>
                <wp:wrapNone/>
                <wp:docPr id="563" name="Text 5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445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Solutions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3947036</wp:posOffset>
                </wp:positionH>
                <wp:positionV relativeFrom="page">
                  <wp:posOffset>7840980</wp:posOffset>
                </wp:positionV>
                <wp:extent cx="1134713" cy="173736"/>
                <wp:effectExtent l="0" t="0" r="0" b="0"/>
                <wp:wrapNone/>
                <wp:docPr id="564" name="Text 5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71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Paris goals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2232378</wp:posOffset>
                </wp:positionH>
                <wp:positionV relativeFrom="page">
                  <wp:posOffset>7840980</wp:posOffset>
                </wp:positionV>
                <wp:extent cx="1141048" cy="173736"/>
                <wp:effectExtent l="0" t="0" r="0" b="0"/>
                <wp:wrapNone/>
                <wp:docPr id="565" name="Text 5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4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Carbon tax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3170753</wp:posOffset>
                </wp:positionH>
                <wp:positionV relativeFrom="page">
                  <wp:posOffset>6940296</wp:posOffset>
                </wp:positionV>
                <wp:extent cx="979411" cy="219456"/>
                <wp:effectExtent l="0" t="0" r="0" b="0"/>
                <wp:wrapNone/>
                <wp:docPr id="566" name="Text 5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41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Policy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882638</wp:posOffset>
                </wp:positionH>
                <wp:positionV relativeFrom="page">
                  <wp:posOffset>7030821</wp:posOffset>
                </wp:positionV>
                <wp:extent cx="1149179" cy="173736"/>
                <wp:effectExtent l="0" t="0" r="0" b="0"/>
                <wp:wrapNone/>
                <wp:docPr id="567" name="Text 5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17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Less waste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664654</wp:posOffset>
                </wp:positionH>
                <wp:positionV relativeFrom="page">
                  <wp:posOffset>5482742</wp:posOffset>
                </wp:positionV>
                <wp:extent cx="871663" cy="173736"/>
                <wp:effectExtent l="0" t="0" r="0" b="0"/>
                <wp:wrapNone/>
                <wp:docPr id="568" name="Text 5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66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Transit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1126669</wp:posOffset>
                </wp:positionH>
                <wp:positionV relativeFrom="page">
                  <wp:posOffset>5797295</wp:posOffset>
                </wp:positionV>
                <wp:extent cx="1418891" cy="219456"/>
                <wp:effectExtent l="0" t="0" r="0" b="0"/>
                <wp:wrapNone/>
                <wp:docPr id="569" name="Text 5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89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Individuals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597503</wp:posOffset>
                </wp:positionH>
                <wp:positionV relativeFrom="page">
                  <wp:posOffset>3862425</wp:posOffset>
                </wp:positionV>
                <wp:extent cx="999553" cy="173736"/>
                <wp:effectExtent l="0" t="0" r="0" b="0"/>
                <wp:wrapNone/>
                <wp:docPr id="570" name="Text 5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55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CO₂ ppm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1030443</wp:posOffset>
                </wp:positionH>
                <wp:positionV relativeFrom="page">
                  <wp:posOffset>2314346</wp:posOffset>
                </wp:positionV>
                <wp:extent cx="852392" cy="173736"/>
                <wp:effectExtent l="0" t="0" r="0" b="0"/>
                <wp:wrapNone/>
                <wp:docPr id="571" name="Text 5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39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z w:val="22"/>
                                <w:szCs w:val="22"/>
                              </w:rPr>
                              <w:t xml:space="preserve">Temps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1416705</wp:posOffset>
                </wp:positionH>
                <wp:positionV relativeFrom="page">
                  <wp:posOffset>3511296</wp:posOffset>
                </wp:positionV>
                <wp:extent cx="838819" cy="219456"/>
                <wp:effectExtent l="0" t="0" r="0" b="0"/>
                <wp:wrapNone/>
                <wp:docPr id="572" name="Text 5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81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3058067</wp:posOffset>
                </wp:positionH>
                <wp:positionV relativeFrom="page">
                  <wp:posOffset>4507992</wp:posOffset>
                </wp:positionV>
                <wp:extent cx="1199064" cy="469087"/>
                <wp:effectExtent l="0" t="0" r="0" b="0"/>
                <wp:wrapNone/>
                <wp:docPr id="573" name="Text 5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064" cy="469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Climate</w:t>
                            </w:r>
                          </w:p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Change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429767</wp:posOffset>
                </wp:positionV>
                <wp:extent cx="1337138" cy="146304"/>
                <wp:effectExtent l="0" t="0" r="0" b="0"/>
                <wp:wrapNone/>
                <wp:docPr id="574" name="Text 5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13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60"/>
                                <w:sz w:val="20"/>
                                <w:szCs w:val="20"/>
                              </w:rPr>
                              <w:t xml:space="preserve">MIND 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 map — Climate Change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