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575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575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2425903</wp:posOffset>
                </wp:positionH>
                <wp:positionV relativeFrom="page">
                  <wp:posOffset>1513332</wp:posOffset>
                </wp:positionV>
                <wp:extent cx="755822" cy="155448"/>
                <wp:effectExtent l="0" t="0" r="0" b="0"/>
                <wp:wrapNone/>
                <wp:docPr id="576" name="Text 5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822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E2A24"/>
                                <w:sz w:val="22"/>
                                <w:szCs w:val="22"/>
                              </w:rPr>
                              <w:t xml:space="preserve">Hook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4093626</wp:posOffset>
                </wp:positionH>
                <wp:positionV relativeFrom="page">
                  <wp:posOffset>1513332</wp:posOffset>
                </wp:positionV>
                <wp:extent cx="841533" cy="155448"/>
                <wp:effectExtent l="0" t="0" r="0" b="0"/>
                <wp:wrapNone/>
                <wp:docPr id="577" name="Text 5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1533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E2A24"/>
                                <w:sz w:val="22"/>
                                <w:szCs w:val="22"/>
                              </w:rPr>
                              <w:t xml:space="preserve">Thesis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3244119</wp:posOffset>
                </wp:positionH>
                <wp:positionV relativeFrom="page">
                  <wp:posOffset>2377440</wp:posOffset>
                </wp:positionV>
                <wp:extent cx="826960" cy="201168"/>
                <wp:effectExtent l="0" t="0" r="0" b="0"/>
                <wp:wrapNone/>
                <wp:docPr id="578" name="Text 5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6960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29"/>
                                <w:szCs w:val="29"/>
                              </w:rPr>
                              <w:t xml:space="preserve">Intro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5277916</wp:posOffset>
                </wp:positionH>
                <wp:positionV relativeFrom="page">
                  <wp:posOffset>2323490</wp:posOffset>
                </wp:positionV>
                <wp:extent cx="1161288" cy="155448"/>
                <wp:effectExtent l="0" t="0" r="0" b="0"/>
                <wp:wrapNone/>
                <wp:docPr id="579" name="Text 57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1288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E2A24"/>
                                <w:sz w:val="22"/>
                                <w:szCs w:val="22"/>
                              </w:rPr>
                              <w:t xml:space="preserve">Connection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5724858</wp:posOffset>
                </wp:positionH>
                <wp:positionV relativeFrom="page">
                  <wp:posOffset>3871569</wp:posOffset>
                </wp:positionV>
                <wp:extent cx="986123" cy="155448"/>
                <wp:effectExtent l="0" t="0" r="0" b="0"/>
                <wp:wrapNone/>
                <wp:docPr id="580" name="Text 58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6123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E2A24"/>
                                <w:sz w:val="22"/>
                                <w:szCs w:val="22"/>
                              </w:rPr>
                              <w:t xml:space="preserve">Learning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4908013</wp:posOffset>
                </wp:positionH>
                <wp:positionV relativeFrom="page">
                  <wp:posOffset>3520440</wp:posOffset>
                </wp:positionV>
                <wp:extent cx="1142142" cy="201168"/>
                <wp:effectExtent l="0" t="0" r="0" b="0"/>
                <wp:wrapNone/>
                <wp:docPr id="581" name="Text 58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2142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29"/>
                                <w:szCs w:val="29"/>
                              </w:rPr>
                              <w:t xml:space="preserve">Benefits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5698283</wp:posOffset>
                </wp:positionH>
                <wp:positionV relativeFrom="page">
                  <wp:posOffset>5491886</wp:posOffset>
                </wp:positionV>
                <wp:extent cx="1039272" cy="155448"/>
                <wp:effectExtent l="0" t="0" r="0" b="0"/>
                <wp:wrapNone/>
                <wp:docPr id="582" name="Text 58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9272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E2A24"/>
                                <w:sz w:val="22"/>
                                <w:szCs w:val="22"/>
                              </w:rPr>
                              <w:t xml:space="preserve">Addiction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5163616</wp:posOffset>
                </wp:positionH>
                <wp:positionV relativeFrom="page">
                  <wp:posOffset>7039965</wp:posOffset>
                </wp:positionV>
                <wp:extent cx="1389888" cy="155448"/>
                <wp:effectExtent l="0" t="0" r="0" b="0"/>
                <wp:wrapNone/>
                <wp:docPr id="583" name="Text 5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9888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E2A24"/>
                                <w:sz w:val="22"/>
                                <w:szCs w:val="22"/>
                              </w:rPr>
                              <w:t xml:space="preserve">Misinformation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4984094</wp:posOffset>
                </wp:positionH>
                <wp:positionV relativeFrom="page">
                  <wp:posOffset>5806440</wp:posOffset>
                </wp:positionV>
                <wp:extent cx="989980" cy="201168"/>
                <wp:effectExtent l="0" t="0" r="0" b="0"/>
                <wp:wrapNone/>
                <wp:docPr id="584" name="Text 5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9980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29"/>
                                <w:szCs w:val="29"/>
                              </w:rPr>
                              <w:t xml:space="preserve">Harms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3941249</wp:posOffset>
                </wp:positionH>
                <wp:positionV relativeFrom="page">
                  <wp:posOffset>7850124</wp:posOffset>
                </wp:positionV>
                <wp:extent cx="1146286" cy="155448"/>
                <wp:effectExtent l="0" t="0" r="0" b="0"/>
                <wp:wrapNone/>
                <wp:docPr id="585" name="Text 5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286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E2A24"/>
                                <w:sz w:val="22"/>
                                <w:szCs w:val="22"/>
                              </w:rPr>
                              <w:t xml:space="preserve">Campaigns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2372467</wp:posOffset>
                </wp:positionH>
                <wp:positionV relativeFrom="page">
                  <wp:posOffset>7850124</wp:posOffset>
                </wp:positionV>
                <wp:extent cx="856678" cy="155448"/>
                <wp:effectExtent l="0" t="0" r="0" b="0"/>
                <wp:wrapNone/>
                <wp:docPr id="586" name="Text 5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6678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E2A24"/>
                                <w:sz w:val="22"/>
                                <w:szCs w:val="22"/>
                              </w:rPr>
                              <w:t xml:space="preserve">Trends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3020306</wp:posOffset>
                </wp:positionH>
                <wp:positionV relativeFrom="page">
                  <wp:posOffset>6949439</wp:posOffset>
                </wp:positionV>
                <wp:extent cx="1274587" cy="201168"/>
                <wp:effectExtent l="0" t="0" r="0" b="0"/>
                <wp:wrapNone/>
                <wp:docPr id="587" name="Text 5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4587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29"/>
                                <w:szCs w:val="29"/>
                              </w:rPr>
                              <w:t xml:space="preserve">Examples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954719</wp:posOffset>
                </wp:positionH>
                <wp:positionV relativeFrom="page">
                  <wp:posOffset>7039965</wp:posOffset>
                </wp:positionV>
                <wp:extent cx="1003839" cy="155448"/>
                <wp:effectExtent l="0" t="0" r="0" b="0"/>
                <wp:wrapNone/>
                <wp:docPr id="588" name="Text 5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3839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E2A24"/>
                                <w:sz w:val="22"/>
                                <w:szCs w:val="22"/>
                              </w:rPr>
                              <w:t xml:space="preserve">It’s a tool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543067</wp:posOffset>
                </wp:positionH>
                <wp:positionV relativeFrom="page">
                  <wp:posOffset>5491886</wp:posOffset>
                </wp:positionV>
                <wp:extent cx="1114393" cy="155448"/>
                <wp:effectExtent l="0" t="0" r="0" b="0"/>
                <wp:wrapNone/>
                <wp:docPr id="589" name="Text 5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393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E2A24"/>
                                <w:sz w:val="22"/>
                                <w:szCs w:val="22"/>
                              </w:rPr>
                              <w:t xml:space="preserve">Use wisely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1051874</wp:posOffset>
                </wp:positionH>
                <wp:positionV relativeFrom="page">
                  <wp:posOffset>5806440</wp:posOffset>
                </wp:positionV>
                <wp:extent cx="1571553" cy="201168"/>
                <wp:effectExtent l="0" t="0" r="0" b="0"/>
                <wp:wrapNone/>
                <wp:docPr id="590" name="Text 5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553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29"/>
                                <w:szCs w:val="29"/>
                              </w:rPr>
                              <w:t xml:space="preserve">Counterpoint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646009</wp:posOffset>
                </wp:positionH>
                <wp:positionV relativeFrom="page">
                  <wp:posOffset>3871569</wp:posOffset>
                </wp:positionV>
                <wp:extent cx="902541" cy="155448"/>
                <wp:effectExtent l="0" t="0" r="0" b="0"/>
                <wp:wrapNone/>
                <wp:docPr id="591" name="Text 5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541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E2A24"/>
                                <w:sz w:val="22"/>
                                <w:szCs w:val="22"/>
                              </w:rPr>
                              <w:t xml:space="preserve">Restate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925429</wp:posOffset>
                </wp:positionH>
                <wp:positionV relativeFrom="page">
                  <wp:posOffset>2323490</wp:posOffset>
                </wp:positionV>
                <wp:extent cx="1062418" cy="155448"/>
                <wp:effectExtent l="0" t="0" r="0" b="0"/>
                <wp:wrapNone/>
                <wp:docPr id="592" name="Text 5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2418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2E2A24"/>
                                <w:sz w:val="22"/>
                                <w:szCs w:val="22"/>
                              </w:rPr>
                              <w:t xml:space="preserve">Call to act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1127955</wp:posOffset>
                </wp:positionH>
                <wp:positionV relativeFrom="page">
                  <wp:posOffset>3520440</wp:posOffset>
                </wp:positionV>
                <wp:extent cx="1416319" cy="201168"/>
                <wp:effectExtent l="0" t="0" r="0" b="0"/>
                <wp:wrapNone/>
                <wp:docPr id="593" name="Text 5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6319" cy="201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16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29"/>
                                <w:szCs w:val="29"/>
                              </w:rPr>
                              <w:t xml:space="preserve">Conclusion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2888546</wp:posOffset>
                </wp:positionH>
                <wp:positionV relativeFrom="page">
                  <wp:posOffset>4517136</wp:posOffset>
                </wp:positionV>
                <wp:extent cx="1538106" cy="459943"/>
                <wp:effectExtent l="0" t="0" r="0" b="0"/>
                <wp:wrapNone/>
                <wp:docPr id="594" name="Text 5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8106" cy="459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EFE4D2"/>
                                <w:sz w:val="32"/>
                                <w:szCs w:val="32"/>
                              </w:rPr>
                              <w:t xml:space="preserve">Essay Plan:</w:t>
                            </w:r>
                          </w:p>
                          <w:p>
                            <w:pPr>
                              <w:spacing w:before="0" w:after="0" w:line="364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EFE4D2"/>
                                <w:sz w:val="32"/>
                                <w:szCs w:val="32"/>
                              </w:rPr>
                              <w:t xml:space="preserve">Social Media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429767</wp:posOffset>
                </wp:positionV>
                <wp:extent cx="1337138" cy="146304"/>
                <wp:effectExtent l="0" t="0" r="0" b="0"/>
                <wp:wrapNone/>
                <wp:docPr id="595" name="Text 59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7138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815829"/>
                                <w:spacing w:val="60"/>
                                <w:sz w:val="20"/>
                                <w:szCs w:val="20"/>
                              </w:rPr>
                              <w:t xml:space="preserve">MIND MAP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Mind map — Essay Plan: Social Media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