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9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9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2267026</wp:posOffset>
                </wp:positionH>
                <wp:positionV relativeFrom="page">
                  <wp:posOffset>1513332</wp:posOffset>
                </wp:positionV>
                <wp:extent cx="1067562" cy="164592"/>
                <wp:effectExtent l="0" t="0" r="0" b="0"/>
                <wp:wrapNone/>
                <wp:docPr id="597" name="Text 5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7562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int, str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4104484</wp:posOffset>
                </wp:positionH>
                <wp:positionV relativeFrom="page">
                  <wp:posOffset>1513332</wp:posOffset>
                </wp:positionV>
                <wp:extent cx="819816" cy="164592"/>
                <wp:effectExtent l="0" t="0" r="0" b="0"/>
                <wp:wrapNone/>
                <wp:docPr id="598" name="Text 5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816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float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2951797</wp:posOffset>
                </wp:positionH>
                <wp:positionV relativeFrom="page">
                  <wp:posOffset>2368296</wp:posOffset>
                </wp:positionV>
                <wp:extent cx="1411605" cy="219456"/>
                <wp:effectExtent l="0" t="0" r="0" b="0"/>
                <wp:wrapNone/>
                <wp:docPr id="599" name="Text 5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Variables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5531234</wp:posOffset>
                </wp:positionH>
                <wp:positionV relativeFrom="page">
                  <wp:posOffset>2323490</wp:posOffset>
                </wp:positionV>
                <wp:extent cx="654653" cy="164592"/>
                <wp:effectExtent l="0" t="0" r="0" b="0"/>
                <wp:wrapNone/>
                <wp:docPr id="600" name="Text 6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5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5808011</wp:posOffset>
                </wp:positionH>
                <wp:positionV relativeFrom="page">
                  <wp:posOffset>3871569</wp:posOffset>
                </wp:positionV>
                <wp:extent cx="819816" cy="164592"/>
                <wp:effectExtent l="0" t="0" r="0" b="0"/>
                <wp:wrapNone/>
                <wp:docPr id="601" name="Text 6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816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while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4993452</wp:posOffset>
                </wp:positionH>
                <wp:positionV relativeFrom="page">
                  <wp:posOffset>3511296</wp:posOffset>
                </wp:positionV>
                <wp:extent cx="971264" cy="219456"/>
                <wp:effectExtent l="0" t="0" r="0" b="0"/>
                <wp:wrapNone/>
                <wp:docPr id="602" name="Text 6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26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Loops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5890593</wp:posOffset>
                </wp:positionH>
                <wp:positionV relativeFrom="page">
                  <wp:posOffset>5491886</wp:posOffset>
                </wp:positionV>
                <wp:extent cx="654653" cy="164592"/>
                <wp:effectExtent l="0" t="0" r="0" b="0"/>
                <wp:wrapNone/>
                <wp:docPr id="603" name="Text 6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5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def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5407361</wp:posOffset>
                </wp:positionH>
                <wp:positionV relativeFrom="page">
                  <wp:posOffset>7039965</wp:posOffset>
                </wp:positionV>
                <wp:extent cx="902398" cy="164592"/>
                <wp:effectExtent l="0" t="0" r="0" b="0"/>
                <wp:wrapNone/>
                <wp:docPr id="604" name="Text 6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98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return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4773282</wp:posOffset>
                </wp:positionH>
                <wp:positionV relativeFrom="page">
                  <wp:posOffset>5797295</wp:posOffset>
                </wp:positionV>
                <wp:extent cx="1411605" cy="219456"/>
                <wp:effectExtent l="0" t="0" r="0" b="0"/>
                <wp:wrapNone/>
                <wp:docPr id="605" name="Text 6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Functions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4063193</wp:posOffset>
                </wp:positionH>
                <wp:positionV relativeFrom="page">
                  <wp:posOffset>7850124</wp:posOffset>
                </wp:positionV>
                <wp:extent cx="902398" cy="164592"/>
                <wp:effectExtent l="0" t="0" r="0" b="0"/>
                <wp:wrapNone/>
                <wp:docPr id="606" name="Text 6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98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append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2390898</wp:posOffset>
                </wp:positionH>
                <wp:positionV relativeFrom="page">
                  <wp:posOffset>7850124</wp:posOffset>
                </wp:positionV>
                <wp:extent cx="819816" cy="164592"/>
                <wp:effectExtent l="0" t="0" r="0" b="0"/>
                <wp:wrapNone/>
                <wp:docPr id="607" name="Text 6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816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slice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3171967</wp:posOffset>
                </wp:positionH>
                <wp:positionV relativeFrom="page">
                  <wp:posOffset>6940296</wp:posOffset>
                </wp:positionV>
                <wp:extent cx="971264" cy="219456"/>
                <wp:effectExtent l="0" t="0" r="0" b="0"/>
                <wp:wrapNone/>
                <wp:docPr id="608" name="Text 6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26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Lists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1088021</wp:posOffset>
                </wp:positionH>
                <wp:positionV relativeFrom="page">
                  <wp:posOffset>7039965</wp:posOffset>
                </wp:positionV>
                <wp:extent cx="737235" cy="164592"/>
                <wp:effectExtent l="0" t="0" r="0" b="0"/>
                <wp:wrapNone/>
                <wp:docPr id="609" name="Text 6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keys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687371</wp:posOffset>
                </wp:positionH>
                <wp:positionV relativeFrom="page">
                  <wp:posOffset>5491886</wp:posOffset>
                </wp:positionV>
                <wp:extent cx="819816" cy="164592"/>
                <wp:effectExtent l="0" t="0" r="0" b="0"/>
                <wp:wrapNone/>
                <wp:docPr id="610" name="Text 6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816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items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1350483</wp:posOffset>
                </wp:positionH>
                <wp:positionV relativeFrom="page">
                  <wp:posOffset>5797295</wp:posOffset>
                </wp:positionV>
                <wp:extent cx="971264" cy="219456"/>
                <wp:effectExtent l="0" t="0" r="0" b="0"/>
                <wp:wrapNone/>
                <wp:docPr id="611" name="Text 6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26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Dicts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646080</wp:posOffset>
                </wp:positionH>
                <wp:positionV relativeFrom="page">
                  <wp:posOffset>3871569</wp:posOffset>
                </wp:positionV>
                <wp:extent cx="902398" cy="164592"/>
                <wp:effectExtent l="0" t="0" r="0" b="0"/>
                <wp:wrapNone/>
                <wp:docPr id="612" name="Text 6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98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open()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1088021</wp:posOffset>
                </wp:positionH>
                <wp:positionV relativeFrom="page">
                  <wp:posOffset>2323490</wp:posOffset>
                </wp:positionV>
                <wp:extent cx="737235" cy="164592"/>
                <wp:effectExtent l="0" t="0" r="0" b="0"/>
                <wp:wrapNone/>
                <wp:docPr id="613" name="Text 6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F0E7"/>
                                <w:sz w:val="22"/>
                                <w:szCs w:val="22"/>
                              </w:rPr>
                              <w:t xml:space="preserve">with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1350483</wp:posOffset>
                </wp:positionH>
                <wp:positionV relativeFrom="page">
                  <wp:posOffset>3511296</wp:posOffset>
                </wp:positionV>
                <wp:extent cx="971264" cy="219456"/>
                <wp:effectExtent l="0" t="0" r="0" b="0"/>
                <wp:wrapNone/>
                <wp:docPr id="614" name="Text 6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26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Files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3081142</wp:posOffset>
                </wp:positionH>
                <wp:positionV relativeFrom="page">
                  <wp:posOffset>4517136</wp:posOffset>
                </wp:positionV>
                <wp:extent cx="1152915" cy="459943"/>
                <wp:effectExtent l="0" t="0" r="0" b="0"/>
                <wp:wrapNone/>
                <wp:docPr id="615" name="Text 6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915" cy="459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D10"/>
                                <w:sz w:val="32"/>
                                <w:szCs w:val="32"/>
                              </w:rPr>
                              <w:t xml:space="preserve">Python</w:t>
                            </w:r>
                          </w:p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D10"/>
                                <w:sz w:val="32"/>
                                <w:szCs w:val="32"/>
                              </w:rPr>
                              <w:t xml:space="preserve">Basics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429767</wp:posOffset>
                </wp:positionV>
                <wp:extent cx="1337138" cy="146304"/>
                <wp:effectExtent l="0" t="0" r="0" b="0"/>
                <wp:wrapNone/>
                <wp:docPr id="616" name="Text 6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13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9EE57"/>
                                <w:spacing w:val="60"/>
                                <w:sz w:val="20"/>
                                <w:szCs w:val="20"/>
                              </w:rPr>
                              <w:t xml:space="preserve">MIND 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 map — Python Basics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