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40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40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612647</wp:posOffset>
                </wp:positionV>
                <wp:extent cx="1568167" cy="146304"/>
                <wp:effectExtent l="0" t="0" r="0" b="0"/>
                <wp:wrapNone/>
                <wp:docPr id="141" name="Text 1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816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8C3420"/>
                                <w:spacing w:val="60"/>
                                <w:sz w:val="20"/>
                                <w:szCs w:val="20"/>
                              </w:rPr>
                              <w:t xml:space="preserve">FLASHCARDS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886968</wp:posOffset>
                </wp:positionV>
                <wp:extent cx="3674516" cy="603504"/>
                <wp:effectExtent l="0" t="0" r="0" b="0"/>
                <wp:wrapNone/>
                <wp:docPr id="142" name="Text 1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4516" cy="603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95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2B1B14"/>
                                <w:sz w:val="86"/>
                                <w:szCs w:val="86"/>
                              </w:rPr>
                              <w:t xml:space="preserve">Vocabulary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722376</wp:posOffset>
                </wp:positionH>
                <wp:positionV relativeFrom="page">
                  <wp:posOffset>5641848</wp:posOffset>
                </wp:positionV>
                <wp:extent cx="1029385" cy="146304"/>
                <wp:effectExtent l="0" t="0" r="0" b="0"/>
                <wp:wrapNone/>
                <wp:docPr id="143" name="Text 1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9385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40"/>
                                <w:sz w:val="20"/>
                                <w:szCs w:val="20"/>
                              </w:rPr>
                              <w:t xml:space="preserve">Q · 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773536</wp:posOffset>
                </wp:positionH>
                <wp:positionV relativeFrom="page">
                  <wp:posOffset>6702552</wp:posOffset>
                </wp:positionV>
                <wp:extent cx="2549438" cy="649224"/>
                <wp:effectExtent l="0" t="0" r="0" b="0"/>
                <wp:wrapNone/>
                <wp:docPr id="144" name="Text 1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9438" cy="649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022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FFFFFF"/>
                                <w:spacing w:val="-7"/>
                                <w:sz w:val="92"/>
                                <w:szCs w:val="92"/>
                              </w:rPr>
                              <w:t xml:space="preserve">Candid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1345182</wp:posOffset>
                </wp:positionH>
                <wp:positionV relativeFrom="page">
                  <wp:posOffset>8202168</wp:posOffset>
                </wp:positionV>
                <wp:extent cx="1406147" cy="146304"/>
                <wp:effectExtent l="0" t="0" r="0" b="0"/>
                <wp:wrapNone/>
                <wp:docPr id="145" name="Text 1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614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z w:val="20"/>
                                <w:szCs w:val="20"/>
                              </w:rPr>
                              <w:t xml:space="preserve">tap to flip 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Flashcards — Vocabulary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