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46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46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612647</wp:posOffset>
                </wp:positionV>
                <wp:extent cx="1568167" cy="146304"/>
                <wp:effectExtent l="0" t="0" r="0" b="0"/>
                <wp:wrapNone/>
                <wp:docPr id="147" name="Text 14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8167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3C14B"/>
                                <w:spacing w:val="60"/>
                                <w:sz w:val="20"/>
                                <w:szCs w:val="20"/>
                              </w:rPr>
                              <w:t xml:space="preserve">FLASHCARDS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777240</wp:posOffset>
                </wp:positionV>
                <wp:extent cx="5166360" cy="731519"/>
                <wp:effectExtent l="0" t="0" r="0" b="0"/>
                <wp:wrapNone/>
                <wp:docPr id="148" name="Text 14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6360" cy="7315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152" w:lineRule="exact"/>
                              <w:jc w:val="left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b/>
                                <w:bCs/>
                                <w:color w:val="F6EFE0"/>
                                <w:spacing w:val="15"/>
                                <w:sz w:val="86"/>
                                <w:szCs w:val="86"/>
                              </w:rPr>
                              <w:t xml:space="preserve">Indian History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722376</wp:posOffset>
                </wp:positionH>
                <wp:positionV relativeFrom="page">
                  <wp:posOffset>5641848</wp:posOffset>
                </wp:positionV>
                <wp:extent cx="1029385" cy="146304"/>
                <wp:effectExtent l="0" t="0" r="0" b="0"/>
                <wp:wrapNone/>
                <wp:docPr id="149" name="Text 14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9385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40"/>
                                <w:sz w:val="20"/>
                                <w:szCs w:val="20"/>
                              </w:rPr>
                              <w:t xml:space="preserve">Q · 03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1192377</wp:posOffset>
                </wp:positionH>
                <wp:positionV relativeFrom="page">
                  <wp:posOffset>6702552</wp:posOffset>
                </wp:positionV>
                <wp:extent cx="1711756" cy="649224"/>
                <wp:effectExtent l="0" t="0" r="0" b="0"/>
                <wp:wrapNone/>
                <wp:docPr id="150" name="Text 15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1756" cy="649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022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111111"/>
                                <w:sz w:val="92"/>
                                <w:szCs w:val="92"/>
                              </w:rPr>
                              <w:t xml:space="preserve">1930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1345182</wp:posOffset>
                </wp:positionH>
                <wp:positionV relativeFrom="page">
                  <wp:posOffset>8202168</wp:posOffset>
                </wp:positionV>
                <wp:extent cx="1406147" cy="146304"/>
                <wp:effectExtent l="0" t="0" r="0" b="0"/>
                <wp:wrapNone/>
                <wp:docPr id="151" name="Text 15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6147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111111"/>
                                <w:sz w:val="20"/>
                                <w:szCs w:val="20"/>
                              </w:rPr>
                              <w:t xml:space="preserve">tap to flip 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Flashcards — Indian History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