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66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66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411480</wp:posOffset>
                </wp:positionV>
                <wp:extent cx="6775704" cy="630936"/>
                <wp:effectExtent l="0" t="0" r="0" b="0"/>
                <wp:wrapNone/>
                <wp:docPr id="668" name="Text 6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6309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9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F2233"/>
                                <w:spacing w:val="27"/>
                                <w:sz w:val="82"/>
                                <w:szCs w:val="82"/>
                              </w:rPr>
                              <w:t xml:space="preserve">WEEKLY TIMETABLE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1097280</wp:posOffset>
                </wp:positionV>
                <wp:extent cx="2197417" cy="164592"/>
                <wp:effectExtent l="0" t="0" r="0" b="0"/>
                <wp:wrapNone/>
                <wp:docPr id="669" name="Text 6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417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Class 10-B · 2026–27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1356412</wp:posOffset>
                </wp:positionH>
                <wp:positionV relativeFrom="page">
                  <wp:posOffset>1399032</wp:posOffset>
                </wp:positionV>
                <wp:extent cx="761895" cy="192024"/>
                <wp:effectExtent l="0" t="0" r="0" b="0"/>
                <wp:wrapNone/>
                <wp:docPr id="670" name="Text 6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5"/>
                                <w:sz w:val="26"/>
                                <w:szCs w:val="26"/>
                              </w:rPr>
                              <w:t xml:space="preserve">MON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2270812</wp:posOffset>
                </wp:positionH>
                <wp:positionV relativeFrom="page">
                  <wp:posOffset>1399032</wp:posOffset>
                </wp:positionV>
                <wp:extent cx="761895" cy="192024"/>
                <wp:effectExtent l="0" t="0" r="0" b="0"/>
                <wp:wrapNone/>
                <wp:docPr id="671" name="Text 6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5"/>
                                <w:sz w:val="26"/>
                                <w:szCs w:val="26"/>
                              </w:rPr>
                              <w:t xml:space="preserve">TUE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3185212</wp:posOffset>
                </wp:positionH>
                <wp:positionV relativeFrom="page">
                  <wp:posOffset>1399032</wp:posOffset>
                </wp:positionV>
                <wp:extent cx="761895" cy="192024"/>
                <wp:effectExtent l="0" t="0" r="0" b="0"/>
                <wp:wrapNone/>
                <wp:docPr id="672" name="Text 6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5"/>
                                <w:sz w:val="26"/>
                                <w:szCs w:val="26"/>
                              </w:rPr>
                              <w:t xml:space="preserve">WED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4099612</wp:posOffset>
                </wp:positionH>
                <wp:positionV relativeFrom="page">
                  <wp:posOffset>1399032</wp:posOffset>
                </wp:positionV>
                <wp:extent cx="761895" cy="192024"/>
                <wp:effectExtent l="0" t="0" r="0" b="0"/>
                <wp:wrapNone/>
                <wp:docPr id="673" name="Text 6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5"/>
                                <w:sz w:val="26"/>
                                <w:szCs w:val="26"/>
                              </w:rPr>
                              <w:t xml:space="preserve">THU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5014012</wp:posOffset>
                </wp:positionH>
                <wp:positionV relativeFrom="page">
                  <wp:posOffset>1399032</wp:posOffset>
                </wp:positionV>
                <wp:extent cx="761895" cy="192024"/>
                <wp:effectExtent l="0" t="0" r="0" b="0"/>
                <wp:wrapNone/>
                <wp:docPr id="674" name="Text 6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5"/>
                                <w:sz w:val="26"/>
                                <w:szCs w:val="26"/>
                              </w:rPr>
                              <w:t xml:space="preserve">FRI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5928412</wp:posOffset>
                </wp:positionH>
                <wp:positionV relativeFrom="page">
                  <wp:posOffset>1399032</wp:posOffset>
                </wp:positionV>
                <wp:extent cx="761895" cy="192024"/>
                <wp:effectExtent l="0" t="0" r="0" b="0"/>
                <wp:wrapNone/>
                <wp:docPr id="675" name="Text 6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5"/>
                                <w:sz w:val="26"/>
                                <w:szCs w:val="26"/>
                              </w:rPr>
                              <w:t xml:space="preserve">SAT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2103120</wp:posOffset>
                </wp:positionV>
                <wp:extent cx="746379" cy="164592"/>
                <wp:effectExtent l="0" t="0" r="0" b="0"/>
                <wp:wrapNone/>
                <wp:docPr id="676" name="Text 6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8:00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1259714</wp:posOffset>
                </wp:positionH>
                <wp:positionV relativeFrom="page">
                  <wp:posOffset>2093976</wp:posOffset>
                </wp:positionV>
                <wp:extent cx="886676" cy="173736"/>
                <wp:effectExtent l="0" t="0" r="0" b="0"/>
                <wp:wrapNone/>
                <wp:docPr id="677" name="Text 6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67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2308417</wp:posOffset>
                </wp:positionH>
                <wp:positionV relativeFrom="page">
                  <wp:posOffset>2093976</wp:posOffset>
                </wp:positionV>
                <wp:extent cx="613533" cy="173736"/>
                <wp:effectExtent l="0" t="0" r="0" b="0"/>
                <wp:wrapNone/>
                <wp:docPr id="678" name="Text 6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3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3198814</wp:posOffset>
                </wp:positionH>
                <wp:positionV relativeFrom="page">
                  <wp:posOffset>2093976</wp:posOffset>
                </wp:positionV>
                <wp:extent cx="661539" cy="173736"/>
                <wp:effectExtent l="0" t="0" r="0" b="0"/>
                <wp:wrapNone/>
                <wp:docPr id="679" name="Text 6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53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Bio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3949622</wp:posOffset>
                </wp:positionH>
                <wp:positionV relativeFrom="page">
                  <wp:posOffset>2093976</wp:posOffset>
                </wp:positionV>
                <wp:extent cx="993297" cy="173736"/>
                <wp:effectExtent l="0" t="0" r="0" b="0"/>
                <wp:wrapNone/>
                <wp:docPr id="680" name="Text 6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29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5013469</wp:posOffset>
                </wp:positionH>
                <wp:positionV relativeFrom="page">
                  <wp:posOffset>2093976</wp:posOffset>
                </wp:positionV>
                <wp:extent cx="689829" cy="173736"/>
                <wp:effectExtent l="0" t="0" r="0" b="0"/>
                <wp:wrapNone/>
                <wp:docPr id="681" name="Text 6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2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5968588</wp:posOffset>
                </wp:positionH>
                <wp:positionV relativeFrom="page">
                  <wp:posOffset>2093976</wp:posOffset>
                </wp:positionV>
                <wp:extent cx="608390" cy="173736"/>
                <wp:effectExtent l="0" t="0" r="0" b="0"/>
                <wp:wrapNone/>
                <wp:docPr id="682" name="Text 6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2980944</wp:posOffset>
                </wp:positionV>
                <wp:extent cx="746379" cy="164592"/>
                <wp:effectExtent l="0" t="0" r="0" b="0"/>
                <wp:wrapNone/>
                <wp:docPr id="683" name="Text 6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8:45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1211351</wp:posOffset>
                </wp:positionH>
                <wp:positionV relativeFrom="page">
                  <wp:posOffset>2971800</wp:posOffset>
                </wp:positionV>
                <wp:extent cx="978865" cy="173736"/>
                <wp:effectExtent l="0" t="0" r="0" b="0"/>
                <wp:wrapNone/>
                <wp:docPr id="684" name="Text 6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86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2174114</wp:posOffset>
                </wp:positionH>
                <wp:positionV relativeFrom="page">
                  <wp:posOffset>2971800</wp:posOffset>
                </wp:positionV>
                <wp:extent cx="886676" cy="173736"/>
                <wp:effectExtent l="0" t="0" r="0" b="0"/>
                <wp:wrapNone/>
                <wp:docPr id="685" name="Text 6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67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3222817</wp:posOffset>
                </wp:positionH>
                <wp:positionV relativeFrom="page">
                  <wp:posOffset>2971800</wp:posOffset>
                </wp:positionV>
                <wp:extent cx="613533" cy="173736"/>
                <wp:effectExtent l="0" t="0" r="0" b="0"/>
                <wp:wrapNone/>
                <wp:docPr id="686" name="Text 6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3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4113214</wp:posOffset>
                </wp:positionH>
                <wp:positionV relativeFrom="page">
                  <wp:posOffset>2971800</wp:posOffset>
                </wp:positionV>
                <wp:extent cx="661539" cy="173736"/>
                <wp:effectExtent l="0" t="0" r="0" b="0"/>
                <wp:wrapNone/>
                <wp:docPr id="687" name="Text 6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53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Bio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4864022</wp:posOffset>
                </wp:positionH>
                <wp:positionV relativeFrom="page">
                  <wp:posOffset>2971800</wp:posOffset>
                </wp:positionV>
                <wp:extent cx="993297" cy="173736"/>
                <wp:effectExtent l="0" t="0" r="0" b="0"/>
                <wp:wrapNone/>
                <wp:docPr id="688" name="Text 6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29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5927869</wp:posOffset>
                </wp:positionH>
                <wp:positionV relativeFrom="page">
                  <wp:posOffset>2971800</wp:posOffset>
                </wp:positionV>
                <wp:extent cx="689829" cy="173736"/>
                <wp:effectExtent l="0" t="0" r="0" b="0"/>
                <wp:wrapNone/>
                <wp:docPr id="689" name="Text 6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2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3858767</wp:posOffset>
                </wp:positionV>
                <wp:extent cx="746379" cy="164592"/>
                <wp:effectExtent l="0" t="0" r="0" b="0"/>
                <wp:wrapNone/>
                <wp:docPr id="690" name="Text 6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1291289</wp:posOffset>
                </wp:positionH>
                <wp:positionV relativeFrom="page">
                  <wp:posOffset>3849624</wp:posOffset>
                </wp:positionV>
                <wp:extent cx="818988" cy="173736"/>
                <wp:effectExtent l="0" t="0" r="0" b="0"/>
                <wp:wrapNone/>
                <wp:docPr id="691" name="Text 6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98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Hindi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2125751</wp:posOffset>
                </wp:positionH>
                <wp:positionV relativeFrom="page">
                  <wp:posOffset>3849624</wp:posOffset>
                </wp:positionV>
                <wp:extent cx="978865" cy="173736"/>
                <wp:effectExtent l="0" t="0" r="0" b="0"/>
                <wp:wrapNone/>
                <wp:docPr id="692" name="Text 6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86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3088514</wp:posOffset>
                </wp:positionH>
                <wp:positionV relativeFrom="page">
                  <wp:posOffset>3849624</wp:posOffset>
                </wp:positionV>
                <wp:extent cx="886676" cy="173736"/>
                <wp:effectExtent l="0" t="0" r="0" b="0"/>
                <wp:wrapNone/>
                <wp:docPr id="693" name="Text 6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67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" behindDoc="0" locked="0" layoutInCell="1" allowOverlap="1">
                <wp:simplePos x="0" y="0"/>
                <wp:positionH relativeFrom="page">
                  <wp:posOffset>4137217</wp:posOffset>
                </wp:positionH>
                <wp:positionV relativeFrom="page">
                  <wp:posOffset>3849624</wp:posOffset>
                </wp:positionV>
                <wp:extent cx="613533" cy="173736"/>
                <wp:effectExtent l="0" t="0" r="0" b="0"/>
                <wp:wrapNone/>
                <wp:docPr id="694" name="Text 6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3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" behindDoc="0" locked="0" layoutInCell="1" allowOverlap="1">
                <wp:simplePos x="0" y="0"/>
                <wp:positionH relativeFrom="page">
                  <wp:posOffset>5027614</wp:posOffset>
                </wp:positionH>
                <wp:positionV relativeFrom="page">
                  <wp:posOffset>3849624</wp:posOffset>
                </wp:positionV>
                <wp:extent cx="661539" cy="173736"/>
                <wp:effectExtent l="0" t="0" r="0" b="0"/>
                <wp:wrapNone/>
                <wp:docPr id="695" name="Text 6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53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Bio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" behindDoc="0" locked="0" layoutInCell="1" allowOverlap="1">
                <wp:simplePos x="0" y="0"/>
                <wp:positionH relativeFrom="page">
                  <wp:posOffset>5778422</wp:posOffset>
                </wp:positionH>
                <wp:positionV relativeFrom="page">
                  <wp:posOffset>3849624</wp:posOffset>
                </wp:positionV>
                <wp:extent cx="993297" cy="173736"/>
                <wp:effectExtent l="0" t="0" r="0" b="0"/>
                <wp:wrapNone/>
                <wp:docPr id="696" name="Text 6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29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9" behindDoc="0" locked="0" layoutInCell="1" allowOverlap="1">
                <wp:simplePos x="0" y="0"/>
                <wp:positionH relativeFrom="page">
                  <wp:posOffset>314039</wp:posOffset>
                </wp:positionH>
                <wp:positionV relativeFrom="page">
                  <wp:posOffset>4736592</wp:posOffset>
                </wp:positionV>
                <wp:extent cx="828960" cy="164592"/>
                <wp:effectExtent l="0" t="0" r="0" b="0"/>
                <wp:wrapNone/>
                <wp:docPr id="697" name="Text 6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10:30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0" behindDoc="0" locked="0" layoutInCell="1" allowOverlap="1">
                <wp:simplePos x="0" y="0"/>
                <wp:positionH relativeFrom="page">
                  <wp:posOffset>3285582</wp:posOffset>
                </wp:positionH>
                <wp:positionV relativeFrom="page">
                  <wp:posOffset>4727448</wp:posOffset>
                </wp:positionV>
                <wp:extent cx="1480750" cy="201168"/>
                <wp:effectExtent l="0" t="0" r="0" b="0"/>
                <wp:wrapNone/>
                <wp:docPr id="698" name="Text 6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0750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F2233"/>
                                <w:sz w:val="26"/>
                                <w:szCs w:val="26"/>
                              </w:rPr>
                              <w:t xml:space="preserve">Lunch break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1" behindDoc="0" locked="0" layoutInCell="1" allowOverlap="1">
                <wp:simplePos x="0" y="0"/>
                <wp:positionH relativeFrom="page">
                  <wp:posOffset>314039</wp:posOffset>
                </wp:positionH>
                <wp:positionV relativeFrom="page">
                  <wp:posOffset>5614416</wp:posOffset>
                </wp:positionV>
                <wp:extent cx="828960" cy="164592"/>
                <wp:effectExtent l="0" t="0" r="0" b="0"/>
                <wp:wrapNone/>
                <wp:docPr id="699" name="Text 6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11:15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2" behindDoc="0" locked="0" layoutInCell="1" allowOverlap="1">
                <wp:simplePos x="0" y="0"/>
                <wp:positionH relativeFrom="page">
                  <wp:posOffset>1269215</wp:posOffset>
                </wp:positionH>
                <wp:positionV relativeFrom="page">
                  <wp:posOffset>5605271</wp:posOffset>
                </wp:positionV>
                <wp:extent cx="863136" cy="173736"/>
                <wp:effectExtent l="0" t="0" r="0" b="0"/>
                <wp:wrapNone/>
                <wp:docPr id="700" name="Text 7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3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Chem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3" behindDoc="0" locked="0" layoutInCell="1" allowOverlap="1">
                <wp:simplePos x="0" y="0"/>
                <wp:positionH relativeFrom="page">
                  <wp:posOffset>2144539</wp:posOffset>
                </wp:positionH>
                <wp:positionV relativeFrom="page">
                  <wp:posOffset>5605271</wp:posOffset>
                </wp:positionV>
                <wp:extent cx="945118" cy="173736"/>
                <wp:effectExtent l="0" t="0" r="0" b="0"/>
                <wp:wrapNone/>
                <wp:docPr id="701" name="Text 7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11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4" behindDoc="0" locked="0" layoutInCell="1" allowOverlap="1">
                <wp:simplePos x="0" y="0"/>
                <wp:positionH relativeFrom="page">
                  <wp:posOffset>3120089</wp:posOffset>
                </wp:positionH>
                <wp:positionV relativeFrom="page">
                  <wp:posOffset>5605271</wp:posOffset>
                </wp:positionV>
                <wp:extent cx="818988" cy="173736"/>
                <wp:effectExtent l="0" t="0" r="0" b="0"/>
                <wp:wrapNone/>
                <wp:docPr id="702" name="Text 7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98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Hindi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5" behindDoc="0" locked="0" layoutInCell="1" allowOverlap="1">
                <wp:simplePos x="0" y="0"/>
                <wp:positionH relativeFrom="page">
                  <wp:posOffset>3954551</wp:posOffset>
                </wp:positionH>
                <wp:positionV relativeFrom="page">
                  <wp:posOffset>5605271</wp:posOffset>
                </wp:positionV>
                <wp:extent cx="978865" cy="173736"/>
                <wp:effectExtent l="0" t="0" r="0" b="0"/>
                <wp:wrapNone/>
                <wp:docPr id="703" name="Text 7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86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6" behindDoc="0" locked="0" layoutInCell="1" allowOverlap="1">
                <wp:simplePos x="0" y="0"/>
                <wp:positionH relativeFrom="page">
                  <wp:posOffset>4917314</wp:posOffset>
                </wp:positionH>
                <wp:positionV relativeFrom="page">
                  <wp:posOffset>5605271</wp:posOffset>
                </wp:positionV>
                <wp:extent cx="886676" cy="173736"/>
                <wp:effectExtent l="0" t="0" r="0" b="0"/>
                <wp:wrapNone/>
                <wp:docPr id="704" name="Text 7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67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7" behindDoc="0" locked="0" layoutInCell="1" allowOverlap="1">
                <wp:simplePos x="0" y="0"/>
                <wp:positionH relativeFrom="page">
                  <wp:posOffset>5966017</wp:posOffset>
                </wp:positionH>
                <wp:positionV relativeFrom="page">
                  <wp:posOffset>5605271</wp:posOffset>
                </wp:positionV>
                <wp:extent cx="613533" cy="173736"/>
                <wp:effectExtent l="0" t="0" r="0" b="0"/>
                <wp:wrapNone/>
                <wp:docPr id="705" name="Text 7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3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314039</wp:posOffset>
                </wp:positionH>
                <wp:positionV relativeFrom="page">
                  <wp:posOffset>6492240</wp:posOffset>
                </wp:positionV>
                <wp:extent cx="828960" cy="164592"/>
                <wp:effectExtent l="0" t="0" r="0" b="0"/>
                <wp:wrapNone/>
                <wp:docPr id="706" name="Text 7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12:00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9" behindDoc="0" locked="0" layoutInCell="1" allowOverlap="1">
                <wp:simplePos x="0" y="0"/>
                <wp:positionH relativeFrom="page">
                  <wp:posOffset>1396588</wp:posOffset>
                </wp:positionH>
                <wp:positionV relativeFrom="page">
                  <wp:posOffset>6483095</wp:posOffset>
                </wp:positionV>
                <wp:extent cx="608390" cy="173736"/>
                <wp:effectExtent l="0" t="0" r="0" b="0"/>
                <wp:wrapNone/>
                <wp:docPr id="707" name="Text 7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0" behindDoc="0" locked="0" layoutInCell="1" allowOverlap="1">
                <wp:simplePos x="0" y="0"/>
                <wp:positionH relativeFrom="page">
                  <wp:posOffset>2183615</wp:posOffset>
                </wp:positionH>
                <wp:positionV relativeFrom="page">
                  <wp:posOffset>6483095</wp:posOffset>
                </wp:positionV>
                <wp:extent cx="863136" cy="173736"/>
                <wp:effectExtent l="0" t="0" r="0" b="0"/>
                <wp:wrapNone/>
                <wp:docPr id="708" name="Text 7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3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Chem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1" behindDoc="0" locked="0" layoutInCell="1" allowOverlap="1">
                <wp:simplePos x="0" y="0"/>
                <wp:positionH relativeFrom="page">
                  <wp:posOffset>3058939</wp:posOffset>
                </wp:positionH>
                <wp:positionV relativeFrom="page">
                  <wp:posOffset>6483095</wp:posOffset>
                </wp:positionV>
                <wp:extent cx="945118" cy="173736"/>
                <wp:effectExtent l="0" t="0" r="0" b="0"/>
                <wp:wrapNone/>
                <wp:docPr id="709" name="Text 7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11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2" behindDoc="0" locked="0" layoutInCell="1" allowOverlap="1">
                <wp:simplePos x="0" y="0"/>
                <wp:positionH relativeFrom="page">
                  <wp:posOffset>4034489</wp:posOffset>
                </wp:positionH>
                <wp:positionV relativeFrom="page">
                  <wp:posOffset>6483095</wp:posOffset>
                </wp:positionV>
                <wp:extent cx="818988" cy="173736"/>
                <wp:effectExtent l="0" t="0" r="0" b="0"/>
                <wp:wrapNone/>
                <wp:docPr id="710" name="Text 7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98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Hindi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3" behindDoc="0" locked="0" layoutInCell="1" allowOverlap="1">
                <wp:simplePos x="0" y="0"/>
                <wp:positionH relativeFrom="page">
                  <wp:posOffset>4868951</wp:posOffset>
                </wp:positionH>
                <wp:positionV relativeFrom="page">
                  <wp:posOffset>6483095</wp:posOffset>
                </wp:positionV>
                <wp:extent cx="978865" cy="173736"/>
                <wp:effectExtent l="0" t="0" r="0" b="0"/>
                <wp:wrapNone/>
                <wp:docPr id="711" name="Text 7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86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4" behindDoc="0" locked="0" layoutInCell="1" allowOverlap="1">
                <wp:simplePos x="0" y="0"/>
                <wp:positionH relativeFrom="page">
                  <wp:posOffset>5831714</wp:posOffset>
                </wp:positionH>
                <wp:positionV relativeFrom="page">
                  <wp:posOffset>6483095</wp:posOffset>
                </wp:positionV>
                <wp:extent cx="886676" cy="173736"/>
                <wp:effectExtent l="0" t="0" r="0" b="0"/>
                <wp:wrapNone/>
                <wp:docPr id="712" name="Text 7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67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5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7370063</wp:posOffset>
                </wp:positionV>
                <wp:extent cx="746379" cy="164592"/>
                <wp:effectExtent l="0" t="0" r="0" b="0"/>
                <wp:wrapNone/>
                <wp:docPr id="713" name="Text 7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1:30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6" behindDoc="0" locked="0" layoutInCell="1" allowOverlap="1">
                <wp:simplePos x="0" y="0"/>
                <wp:positionH relativeFrom="page">
                  <wp:posOffset>1355869</wp:posOffset>
                </wp:positionH>
                <wp:positionV relativeFrom="page">
                  <wp:posOffset>7360920</wp:posOffset>
                </wp:positionV>
                <wp:extent cx="689829" cy="173736"/>
                <wp:effectExtent l="0" t="0" r="0" b="0"/>
                <wp:wrapNone/>
                <wp:docPr id="714" name="Text 7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2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7" behindDoc="0" locked="0" layoutInCell="1" allowOverlap="1">
                <wp:simplePos x="0" y="0"/>
                <wp:positionH relativeFrom="page">
                  <wp:posOffset>2310988</wp:posOffset>
                </wp:positionH>
                <wp:positionV relativeFrom="page">
                  <wp:posOffset>7360920</wp:posOffset>
                </wp:positionV>
                <wp:extent cx="608390" cy="173736"/>
                <wp:effectExtent l="0" t="0" r="0" b="0"/>
                <wp:wrapNone/>
                <wp:docPr id="715" name="Text 7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8" behindDoc="0" locked="0" layoutInCell="1" allowOverlap="1">
                <wp:simplePos x="0" y="0"/>
                <wp:positionH relativeFrom="page">
                  <wp:posOffset>3098015</wp:posOffset>
                </wp:positionH>
                <wp:positionV relativeFrom="page">
                  <wp:posOffset>7360920</wp:posOffset>
                </wp:positionV>
                <wp:extent cx="863136" cy="173736"/>
                <wp:effectExtent l="0" t="0" r="0" b="0"/>
                <wp:wrapNone/>
                <wp:docPr id="716" name="Text 7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3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Chem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9" behindDoc="0" locked="0" layoutInCell="1" allowOverlap="1">
                <wp:simplePos x="0" y="0"/>
                <wp:positionH relativeFrom="page">
                  <wp:posOffset>3973339</wp:posOffset>
                </wp:positionH>
                <wp:positionV relativeFrom="page">
                  <wp:posOffset>7360920</wp:posOffset>
                </wp:positionV>
                <wp:extent cx="945118" cy="173736"/>
                <wp:effectExtent l="0" t="0" r="0" b="0"/>
                <wp:wrapNone/>
                <wp:docPr id="717" name="Text 7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11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0" behindDoc="0" locked="0" layoutInCell="1" allowOverlap="1">
                <wp:simplePos x="0" y="0"/>
                <wp:positionH relativeFrom="page">
                  <wp:posOffset>4948889</wp:posOffset>
                </wp:positionH>
                <wp:positionV relativeFrom="page">
                  <wp:posOffset>7360920</wp:posOffset>
                </wp:positionV>
                <wp:extent cx="818988" cy="173736"/>
                <wp:effectExtent l="0" t="0" r="0" b="0"/>
                <wp:wrapNone/>
                <wp:docPr id="718" name="Text 7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98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Hindi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1" behindDoc="0" locked="0" layoutInCell="1" allowOverlap="1">
                <wp:simplePos x="0" y="0"/>
                <wp:positionH relativeFrom="page">
                  <wp:posOffset>5783351</wp:posOffset>
                </wp:positionH>
                <wp:positionV relativeFrom="page">
                  <wp:posOffset>7360920</wp:posOffset>
                </wp:positionV>
                <wp:extent cx="978865" cy="173736"/>
                <wp:effectExtent l="0" t="0" r="0" b="0"/>
                <wp:wrapNone/>
                <wp:docPr id="719" name="Text 7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86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2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8247887</wp:posOffset>
                </wp:positionV>
                <wp:extent cx="746379" cy="164592"/>
                <wp:effectExtent l="0" t="0" r="0" b="0"/>
                <wp:wrapNone/>
                <wp:docPr id="720" name="Text 7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2"/>
                                <w:szCs w:val="22"/>
                              </w:rPr>
                              <w:t xml:space="preserve">2:15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3" behindDoc="0" locked="0" layoutInCell="1" allowOverlap="1">
                <wp:simplePos x="0" y="0"/>
                <wp:positionH relativeFrom="page">
                  <wp:posOffset>1206422</wp:posOffset>
                </wp:positionH>
                <wp:positionV relativeFrom="page">
                  <wp:posOffset>8238744</wp:posOffset>
                </wp:positionV>
                <wp:extent cx="993297" cy="173736"/>
                <wp:effectExtent l="0" t="0" r="0" b="0"/>
                <wp:wrapNone/>
                <wp:docPr id="721" name="Text 7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29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4" behindDoc="0" locked="0" layoutInCell="1" allowOverlap="1">
                <wp:simplePos x="0" y="0"/>
                <wp:positionH relativeFrom="page">
                  <wp:posOffset>2270269</wp:posOffset>
                </wp:positionH>
                <wp:positionV relativeFrom="page">
                  <wp:posOffset>8238744</wp:posOffset>
                </wp:positionV>
                <wp:extent cx="689829" cy="173736"/>
                <wp:effectExtent l="0" t="0" r="0" b="0"/>
                <wp:wrapNone/>
                <wp:docPr id="722" name="Text 7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2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5" behindDoc="0" locked="0" layoutInCell="1" allowOverlap="1">
                <wp:simplePos x="0" y="0"/>
                <wp:positionH relativeFrom="page">
                  <wp:posOffset>3225388</wp:posOffset>
                </wp:positionH>
                <wp:positionV relativeFrom="page">
                  <wp:posOffset>8238744</wp:posOffset>
                </wp:positionV>
                <wp:extent cx="608390" cy="173736"/>
                <wp:effectExtent l="0" t="0" r="0" b="0"/>
                <wp:wrapNone/>
                <wp:docPr id="723" name="Text 7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6" behindDoc="0" locked="0" layoutInCell="1" allowOverlap="1">
                <wp:simplePos x="0" y="0"/>
                <wp:positionH relativeFrom="page">
                  <wp:posOffset>4012415</wp:posOffset>
                </wp:positionH>
                <wp:positionV relativeFrom="page">
                  <wp:posOffset>8238744</wp:posOffset>
                </wp:positionV>
                <wp:extent cx="863136" cy="173736"/>
                <wp:effectExtent l="0" t="0" r="0" b="0"/>
                <wp:wrapNone/>
                <wp:docPr id="724" name="Text 7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3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Chem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7" behindDoc="0" locked="0" layoutInCell="1" allowOverlap="1">
                <wp:simplePos x="0" y="0"/>
                <wp:positionH relativeFrom="page">
                  <wp:posOffset>4887739</wp:posOffset>
                </wp:positionH>
                <wp:positionV relativeFrom="page">
                  <wp:posOffset>8238744</wp:posOffset>
                </wp:positionV>
                <wp:extent cx="945118" cy="173736"/>
                <wp:effectExtent l="0" t="0" r="0" b="0"/>
                <wp:wrapNone/>
                <wp:docPr id="725" name="Text 7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11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3"/>
                                <w:szCs w:val="23"/>
                              </w:rPr>
                              <w:t xml:space="preserve">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8" behindDoc="0" locked="0" layoutInCell="1" allowOverlap="1">
                <wp:simplePos x="0" y="0"/>
                <wp:positionH relativeFrom="page">
                  <wp:posOffset>5863289</wp:posOffset>
                </wp:positionH>
                <wp:positionV relativeFrom="page">
                  <wp:posOffset>8238744</wp:posOffset>
                </wp:positionV>
                <wp:extent cx="818988" cy="173736"/>
                <wp:effectExtent l="0" t="0" r="0" b="0"/>
                <wp:wrapNone/>
                <wp:docPr id="726" name="Text 7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98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Hindi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class timetable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