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72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72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384048</wp:posOffset>
                </wp:positionV>
                <wp:extent cx="6149705" cy="658368"/>
                <wp:effectExtent l="0" t="0" r="0" b="0"/>
                <wp:wrapNone/>
                <wp:docPr id="728" name="Text 7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9705" cy="658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3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pacing w:val="16"/>
                                <w:sz w:val="92"/>
                                <w:szCs w:val="92"/>
                              </w:rPr>
                              <w:t xml:space="preserve">Exam Timetable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1097280</wp:posOffset>
                </wp:positionV>
                <wp:extent cx="1875348" cy="164592"/>
                <wp:effectExtent l="0" t="0" r="0" b="0"/>
                <wp:wrapNone/>
                <wp:docPr id="729" name="Text 7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5348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F6B62"/>
                                <w:sz w:val="22"/>
                                <w:szCs w:val="22"/>
                              </w:rPr>
                              <w:t xml:space="preserve">Term 1 · Oct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862636</wp:posOffset>
                </wp:positionH>
                <wp:positionV relativeFrom="page">
                  <wp:posOffset>1947671</wp:posOffset>
                </wp:positionV>
                <wp:extent cx="761895" cy="192024"/>
                <wp:effectExtent l="0" t="0" r="0" b="0"/>
                <wp:wrapNone/>
                <wp:docPr id="730" name="Text 7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5"/>
                                <w:sz w:val="26"/>
                                <w:szCs w:val="26"/>
                              </w:rPr>
                              <w:t xml:space="preserve">MON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701287</wp:posOffset>
                </wp:positionH>
                <wp:positionV relativeFrom="page">
                  <wp:posOffset>2231136</wp:posOffset>
                </wp:positionV>
                <wp:extent cx="1089432" cy="274320"/>
                <wp:effectExtent l="0" t="0" r="0" b="0"/>
                <wp:wrapNone/>
                <wp:docPr id="731" name="Text 7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43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3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1819656</wp:posOffset>
                </wp:positionV>
                <wp:extent cx="2550804" cy="347472"/>
                <wp:effectExtent l="0" t="0" r="0" b="0"/>
                <wp:wrapNone/>
                <wp:docPr id="732" name="Text 7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804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49"/>
                                <w:szCs w:val="49"/>
                              </w:rPr>
                              <w:t xml:space="preserve">Mathematics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2276856</wp:posOffset>
                </wp:positionV>
                <wp:extent cx="2508050" cy="192024"/>
                <wp:effectExtent l="0" t="0" r="0" b="0"/>
                <wp:wrapNone/>
                <wp:docPr id="733" name="Text 7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05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26"/>
                                <w:szCs w:val="26"/>
                              </w:rPr>
                              <w:t xml:space="preserve">9:30–12:30  ·  Hall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862636</wp:posOffset>
                </wp:positionH>
                <wp:positionV relativeFrom="page">
                  <wp:posOffset>3136391</wp:posOffset>
                </wp:positionV>
                <wp:extent cx="761895" cy="192024"/>
                <wp:effectExtent l="0" t="0" r="0" b="0"/>
                <wp:wrapNone/>
                <wp:docPr id="734" name="Text 7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5"/>
                                <w:sz w:val="26"/>
                                <w:szCs w:val="26"/>
                              </w:rPr>
                              <w:t xml:space="preserve">WED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701287</wp:posOffset>
                </wp:positionH>
                <wp:positionV relativeFrom="page">
                  <wp:posOffset>3419855</wp:posOffset>
                </wp:positionV>
                <wp:extent cx="1089432" cy="274320"/>
                <wp:effectExtent l="0" t="0" r="0" b="0"/>
                <wp:wrapNone/>
                <wp:docPr id="735" name="Text 7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43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5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3008376</wp:posOffset>
                </wp:positionV>
                <wp:extent cx="1643462" cy="347472"/>
                <wp:effectExtent l="0" t="0" r="0" b="0"/>
                <wp:wrapNone/>
                <wp:docPr id="736" name="Text 7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3462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49"/>
                                <w:szCs w:val="49"/>
                              </w:rPr>
                              <w:t xml:space="preserve">Science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3465576</wp:posOffset>
                </wp:positionV>
                <wp:extent cx="2506170" cy="192024"/>
                <wp:effectExtent l="0" t="0" r="0" b="0"/>
                <wp:wrapNone/>
                <wp:docPr id="737" name="Text 7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17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26"/>
                                <w:szCs w:val="26"/>
                              </w:rPr>
                              <w:t xml:space="preserve">9:30–12:30  ·  Hall 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862636</wp:posOffset>
                </wp:positionH>
                <wp:positionV relativeFrom="page">
                  <wp:posOffset>4325112</wp:posOffset>
                </wp:positionV>
                <wp:extent cx="761895" cy="192024"/>
                <wp:effectExtent l="0" t="0" r="0" b="0"/>
                <wp:wrapNone/>
                <wp:docPr id="738" name="Text 7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5"/>
                                <w:sz w:val="26"/>
                                <w:szCs w:val="26"/>
                              </w:rPr>
                              <w:t xml:space="preserve">FRI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701287</wp:posOffset>
                </wp:positionH>
                <wp:positionV relativeFrom="page">
                  <wp:posOffset>4608576</wp:posOffset>
                </wp:positionV>
                <wp:extent cx="1089432" cy="274320"/>
                <wp:effectExtent l="0" t="0" r="0" b="0"/>
                <wp:wrapNone/>
                <wp:docPr id="739" name="Text 7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43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37"/>
                                <w:szCs w:val="37"/>
                              </w:rPr>
                              <w:t xml:space="preserve">7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4197095</wp:posOffset>
                </wp:positionV>
                <wp:extent cx="1591027" cy="347472"/>
                <wp:effectExtent l="0" t="0" r="0" b="0"/>
                <wp:wrapNone/>
                <wp:docPr id="740" name="Text 7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027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49"/>
                                <w:szCs w:val="49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4654295</wp:posOffset>
                </wp:positionV>
                <wp:extent cx="2506170" cy="192024"/>
                <wp:effectExtent l="0" t="0" r="0" b="0"/>
                <wp:wrapNone/>
                <wp:docPr id="741" name="Text 7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17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26"/>
                                <w:szCs w:val="26"/>
                              </w:rPr>
                              <w:t xml:space="preserve">9:30–12:30  ·  Hall 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862636</wp:posOffset>
                </wp:positionH>
                <wp:positionV relativeFrom="page">
                  <wp:posOffset>5513832</wp:posOffset>
                </wp:positionV>
                <wp:extent cx="761895" cy="192024"/>
                <wp:effectExtent l="0" t="0" r="0" b="0"/>
                <wp:wrapNone/>
                <wp:docPr id="742" name="Text 7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5"/>
                                <w:sz w:val="26"/>
                                <w:szCs w:val="26"/>
                              </w:rPr>
                              <w:t xml:space="preserve">MON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635207</wp:posOffset>
                </wp:positionH>
                <wp:positionV relativeFrom="page">
                  <wp:posOffset>5797295</wp:posOffset>
                </wp:positionV>
                <wp:extent cx="1221654" cy="274320"/>
                <wp:effectExtent l="0" t="0" r="0" b="0"/>
                <wp:wrapNone/>
                <wp:docPr id="743" name="Text 7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65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10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5385816</wp:posOffset>
                </wp:positionV>
                <wp:extent cx="2933238" cy="347472"/>
                <wp:effectExtent l="0" t="0" r="0" b="0"/>
                <wp:wrapNone/>
                <wp:docPr id="744" name="Text 7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238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49"/>
                                <w:szCs w:val="49"/>
                              </w:rPr>
                              <w:t xml:space="preserve">Social Science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5843016</wp:posOffset>
                </wp:positionV>
                <wp:extent cx="2506170" cy="192024"/>
                <wp:effectExtent l="0" t="0" r="0" b="0"/>
                <wp:wrapNone/>
                <wp:docPr id="745" name="Text 7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17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26"/>
                                <w:szCs w:val="26"/>
                              </w:rPr>
                              <w:t xml:space="preserve">9:30–12:30  ·  Hall 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862636</wp:posOffset>
                </wp:positionH>
                <wp:positionV relativeFrom="page">
                  <wp:posOffset>6702552</wp:posOffset>
                </wp:positionV>
                <wp:extent cx="761895" cy="192024"/>
                <wp:effectExtent l="0" t="0" r="0" b="0"/>
                <wp:wrapNone/>
                <wp:docPr id="746" name="Text 7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5"/>
                                <w:sz w:val="26"/>
                                <w:szCs w:val="26"/>
                              </w:rPr>
                              <w:t xml:space="preserve">WED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635207</wp:posOffset>
                </wp:positionH>
                <wp:positionV relativeFrom="page">
                  <wp:posOffset>6986015</wp:posOffset>
                </wp:positionV>
                <wp:extent cx="1221654" cy="274320"/>
                <wp:effectExtent l="0" t="0" r="0" b="0"/>
                <wp:wrapNone/>
                <wp:docPr id="747" name="Text 7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65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12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6574535</wp:posOffset>
                </wp:positionV>
                <wp:extent cx="1245269" cy="347472"/>
                <wp:effectExtent l="0" t="0" r="0" b="0"/>
                <wp:wrapNone/>
                <wp:docPr id="748" name="Text 7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69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49"/>
                                <w:szCs w:val="49"/>
                              </w:rPr>
                              <w:t xml:space="preserve">Hindi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7031735</wp:posOffset>
                </wp:positionV>
                <wp:extent cx="2506170" cy="192024"/>
                <wp:effectExtent l="0" t="0" r="0" b="0"/>
                <wp:wrapNone/>
                <wp:docPr id="749" name="Text 7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17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26"/>
                                <w:szCs w:val="26"/>
                              </w:rPr>
                              <w:t xml:space="preserve">9:30–12:30  ·  Hall 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862636</wp:posOffset>
                </wp:positionH>
                <wp:positionV relativeFrom="page">
                  <wp:posOffset>7891272</wp:posOffset>
                </wp:positionV>
                <wp:extent cx="761895" cy="192024"/>
                <wp:effectExtent l="0" t="0" r="0" b="0"/>
                <wp:wrapNone/>
                <wp:docPr id="750" name="Text 7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95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25"/>
                                <w:sz w:val="26"/>
                                <w:szCs w:val="26"/>
                              </w:rPr>
                              <w:t xml:space="preserve">FRI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635207</wp:posOffset>
                </wp:positionH>
                <wp:positionV relativeFrom="page">
                  <wp:posOffset>8174735</wp:posOffset>
                </wp:positionV>
                <wp:extent cx="1221654" cy="274320"/>
                <wp:effectExtent l="0" t="0" r="0" b="0"/>
                <wp:wrapNone/>
                <wp:docPr id="751" name="Text 7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654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14 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7763256</wp:posOffset>
                </wp:positionV>
                <wp:extent cx="3118789" cy="347472"/>
                <wp:effectExtent l="0" t="0" r="0" b="0"/>
                <wp:wrapNone/>
                <wp:docPr id="752" name="Text 7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8789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6181A"/>
                                <w:sz w:val="49"/>
                                <w:szCs w:val="49"/>
                              </w:rPr>
                              <w:t xml:space="preserve">Computer Apps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2221991</wp:posOffset>
                </wp:positionH>
                <wp:positionV relativeFrom="page">
                  <wp:posOffset>8220456</wp:posOffset>
                </wp:positionV>
                <wp:extent cx="2506170" cy="192024"/>
                <wp:effectExtent l="0" t="0" r="0" b="0"/>
                <wp:wrapNone/>
                <wp:docPr id="753" name="Text 7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17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F6B62"/>
                                <w:sz w:val="26"/>
                                <w:szCs w:val="26"/>
                              </w:rPr>
                              <w:t xml:space="preserve">9:30–11:30  ·  Hall 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timetable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