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384048</wp:posOffset>
                </wp:positionV>
                <wp:extent cx="4995863" cy="768096"/>
                <wp:effectExtent l="0" t="0" r="0" b="0"/>
                <wp:wrapNone/>
                <wp:docPr id="159" name="Text 1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5863" cy="768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09" w:lineRule="exact"/>
                              <w:jc w:val="left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92"/>
                                <w:szCs w:val="92"/>
                              </w:rPr>
                              <w:t xml:space="preserve">समय सारणी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1097280</wp:posOffset>
                </wp:positionV>
                <wp:extent cx="2412130" cy="164592"/>
                <wp:effectExtent l="0" t="0" r="0" b="0"/>
                <wp:wrapNone/>
                <wp:docPr id="160" name="Text 1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13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Timetable · Class 10-B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1391202</wp:posOffset>
                </wp:positionH>
                <wp:positionV relativeFrom="page">
                  <wp:posOffset>1408176</wp:posOffset>
                </wp:positionV>
                <wp:extent cx="695711" cy="210311"/>
                <wp:effectExtent l="0" t="0" r="0" b="0"/>
                <wp:wrapNone/>
                <wp:docPr id="161" name="Text 1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711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सोम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2280027</wp:posOffset>
                </wp:positionH>
                <wp:positionV relativeFrom="page">
                  <wp:posOffset>1408176</wp:posOffset>
                </wp:positionV>
                <wp:extent cx="749879" cy="210311"/>
                <wp:effectExtent l="0" t="0" r="0" b="0"/>
                <wp:wrapNone/>
                <wp:docPr id="162" name="Text 1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879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मंगल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3251006</wp:posOffset>
                </wp:positionH>
                <wp:positionV relativeFrom="page">
                  <wp:posOffset>1408176</wp:posOffset>
                </wp:positionV>
                <wp:extent cx="636055" cy="210311"/>
                <wp:effectExtent l="0" t="0" r="0" b="0"/>
                <wp:wrapNone/>
                <wp:docPr id="163" name="Text 1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055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बुध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4171049</wp:posOffset>
                </wp:positionH>
                <wp:positionV relativeFrom="page">
                  <wp:posOffset>1408176</wp:posOffset>
                </wp:positionV>
                <wp:extent cx="625265" cy="210311"/>
                <wp:effectExtent l="0" t="0" r="0" b="0"/>
                <wp:wrapNone/>
                <wp:docPr id="164" name="Text 1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265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गुरु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5056589</wp:posOffset>
                </wp:positionH>
                <wp:positionV relativeFrom="page">
                  <wp:posOffset>1408176</wp:posOffset>
                </wp:positionV>
                <wp:extent cx="684884" cy="210311"/>
                <wp:effectExtent l="0" t="0" r="0" b="0"/>
                <wp:wrapNone/>
                <wp:docPr id="165" name="Text 1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84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शुक्र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5964988</wp:posOffset>
                </wp:positionH>
                <wp:positionV relativeFrom="page">
                  <wp:posOffset>1408176</wp:posOffset>
                </wp:positionV>
                <wp:extent cx="696698" cy="210311"/>
                <wp:effectExtent l="0" t="0" r="0" b="0"/>
                <wp:wrapNone/>
                <wp:docPr id="166" name="Text 1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698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शनि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2103120</wp:posOffset>
                </wp:positionV>
                <wp:extent cx="746379" cy="164592"/>
                <wp:effectExtent l="0" t="0" r="0" b="0"/>
                <wp:wrapNone/>
                <wp:docPr id="167" name="Text 1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8:00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1349754</wp:posOffset>
                </wp:positionH>
                <wp:positionV relativeFrom="page">
                  <wp:posOffset>2112264</wp:posOffset>
                </wp:positionV>
                <wp:extent cx="704343" cy="173736"/>
                <wp:effectExtent l="0" t="0" r="0" b="0"/>
                <wp:wrapNone/>
                <wp:docPr id="168" name="Text 1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3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गणित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2308445</wp:posOffset>
                </wp:positionH>
                <wp:positionV relativeFrom="page">
                  <wp:posOffset>2103120</wp:posOffset>
                </wp:positionV>
                <wp:extent cx="619450" cy="182879"/>
                <wp:effectExtent l="0" t="0" r="0" b="0"/>
                <wp:wrapNone/>
                <wp:docPr id="169" name="Text 1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45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खेल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3039537</wp:posOffset>
                </wp:positionH>
                <wp:positionV relativeFrom="page">
                  <wp:posOffset>2112264</wp:posOffset>
                </wp:positionV>
                <wp:extent cx="983160" cy="173736"/>
                <wp:effectExtent l="0" t="0" r="0" b="0"/>
                <wp:wrapNone/>
                <wp:docPr id="170" name="Text 1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16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जीव विज्ञान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4043305</wp:posOffset>
                </wp:positionH>
                <wp:positionV relativeFrom="page">
                  <wp:posOffset>2112264</wp:posOffset>
                </wp:positionV>
                <wp:extent cx="809352" cy="173736"/>
                <wp:effectExtent l="0" t="0" r="0" b="0"/>
                <wp:wrapNone/>
                <wp:docPr id="171" name="Text 1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35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भौतिकी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5069362</wp:posOffset>
                </wp:positionH>
                <wp:positionV relativeFrom="page">
                  <wp:posOffset>2103120</wp:posOffset>
                </wp:positionV>
                <wp:extent cx="580936" cy="182879"/>
                <wp:effectExtent l="0" t="0" r="0" b="0"/>
                <wp:wrapNone/>
                <wp:docPr id="172" name="Text 1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93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लैब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5894250</wp:posOffset>
                </wp:positionH>
                <wp:positionV relativeFrom="page">
                  <wp:posOffset>2112264</wp:posOffset>
                </wp:positionV>
                <wp:extent cx="764913" cy="173736"/>
                <wp:effectExtent l="0" t="0" r="0" b="0"/>
                <wp:wrapNone/>
                <wp:docPr id="173" name="Text 1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91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कंप्यूटर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2980944</wp:posOffset>
                </wp:positionV>
                <wp:extent cx="746379" cy="164592"/>
                <wp:effectExtent l="0" t="0" r="0" b="0"/>
                <wp:wrapNone/>
                <wp:docPr id="174" name="Text 1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8:45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1334466</wp:posOffset>
                </wp:positionH>
                <wp:positionV relativeFrom="page">
                  <wp:posOffset>2980944</wp:posOffset>
                </wp:positionV>
                <wp:extent cx="740607" cy="182879"/>
                <wp:effectExtent l="0" t="0" r="0" b="0"/>
                <wp:wrapNone/>
                <wp:docPr id="175" name="Text 1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0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अंग्रेज़ी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2264154</wp:posOffset>
                </wp:positionH>
                <wp:positionV relativeFrom="page">
                  <wp:posOffset>2990088</wp:posOffset>
                </wp:positionV>
                <wp:extent cx="704342" cy="173736"/>
                <wp:effectExtent l="0" t="0" r="0" b="0"/>
                <wp:wrapNone/>
                <wp:docPr id="176" name="Text 1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34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गणित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3222845</wp:posOffset>
                </wp:positionH>
                <wp:positionV relativeFrom="page">
                  <wp:posOffset>2980944</wp:posOffset>
                </wp:positionV>
                <wp:extent cx="619450" cy="182879"/>
                <wp:effectExtent l="0" t="0" r="0" b="0"/>
                <wp:wrapNone/>
                <wp:docPr id="177" name="Text 1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45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खेल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3953937</wp:posOffset>
                </wp:positionH>
                <wp:positionV relativeFrom="page">
                  <wp:posOffset>2990088</wp:posOffset>
                </wp:positionV>
                <wp:extent cx="983160" cy="173736"/>
                <wp:effectExtent l="0" t="0" r="0" b="0"/>
                <wp:wrapNone/>
                <wp:docPr id="178" name="Text 1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16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जीव विज्ञान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4957705</wp:posOffset>
                </wp:positionH>
                <wp:positionV relativeFrom="page">
                  <wp:posOffset>2990088</wp:posOffset>
                </wp:positionV>
                <wp:extent cx="809352" cy="173736"/>
                <wp:effectExtent l="0" t="0" r="0" b="0"/>
                <wp:wrapNone/>
                <wp:docPr id="179" name="Text 1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35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भौतिकी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5983762</wp:posOffset>
                </wp:positionH>
                <wp:positionV relativeFrom="page">
                  <wp:posOffset>2980944</wp:posOffset>
                </wp:positionV>
                <wp:extent cx="580936" cy="182879"/>
                <wp:effectExtent l="0" t="0" r="0" b="0"/>
                <wp:wrapNone/>
                <wp:docPr id="180" name="Text 1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93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लैब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3858767</wp:posOffset>
                </wp:positionV>
                <wp:extent cx="746379" cy="164592"/>
                <wp:effectExtent l="0" t="0" r="0" b="0"/>
                <wp:wrapNone/>
                <wp:docPr id="181" name="Text 1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1388830</wp:posOffset>
                </wp:positionH>
                <wp:positionV relativeFrom="page">
                  <wp:posOffset>3867912</wp:posOffset>
                </wp:positionV>
                <wp:extent cx="631922" cy="173736"/>
                <wp:effectExtent l="0" t="0" r="0" b="0"/>
                <wp:wrapNone/>
                <wp:docPr id="182" name="Text 1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2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हिंदी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2248866</wp:posOffset>
                </wp:positionH>
                <wp:positionV relativeFrom="page">
                  <wp:posOffset>3858767</wp:posOffset>
                </wp:positionV>
                <wp:extent cx="740608" cy="182879"/>
                <wp:effectExtent l="0" t="0" r="0" b="0"/>
                <wp:wrapNone/>
                <wp:docPr id="183" name="Text 1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08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अंग्रेज़ी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3178554</wp:posOffset>
                </wp:positionH>
                <wp:positionV relativeFrom="page">
                  <wp:posOffset>3867912</wp:posOffset>
                </wp:positionV>
                <wp:extent cx="704342" cy="173736"/>
                <wp:effectExtent l="0" t="0" r="0" b="0"/>
                <wp:wrapNone/>
                <wp:docPr id="184" name="Text 1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34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गणित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" behindDoc="0" locked="0" layoutInCell="1" allowOverlap="1">
                <wp:simplePos x="0" y="0"/>
                <wp:positionH relativeFrom="page">
                  <wp:posOffset>4137245</wp:posOffset>
                </wp:positionH>
                <wp:positionV relativeFrom="page">
                  <wp:posOffset>3858767</wp:posOffset>
                </wp:positionV>
                <wp:extent cx="619450" cy="182879"/>
                <wp:effectExtent l="0" t="0" r="0" b="0"/>
                <wp:wrapNone/>
                <wp:docPr id="185" name="Text 1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45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खेल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" behindDoc="0" locked="0" layoutInCell="1" allowOverlap="1">
                <wp:simplePos x="0" y="0"/>
                <wp:positionH relativeFrom="page">
                  <wp:posOffset>4868337</wp:posOffset>
                </wp:positionH>
                <wp:positionV relativeFrom="page">
                  <wp:posOffset>3867912</wp:posOffset>
                </wp:positionV>
                <wp:extent cx="983160" cy="173736"/>
                <wp:effectExtent l="0" t="0" r="0" b="0"/>
                <wp:wrapNone/>
                <wp:docPr id="186" name="Text 1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16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जीव विज्ञान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" behindDoc="0" locked="0" layoutInCell="1" allowOverlap="1">
                <wp:simplePos x="0" y="0"/>
                <wp:positionH relativeFrom="page">
                  <wp:posOffset>5872105</wp:posOffset>
                </wp:positionH>
                <wp:positionV relativeFrom="page">
                  <wp:posOffset>3867912</wp:posOffset>
                </wp:positionV>
                <wp:extent cx="809352" cy="173736"/>
                <wp:effectExtent l="0" t="0" r="0" b="0"/>
                <wp:wrapNone/>
                <wp:docPr id="187" name="Text 1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35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भौतिकी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9" behindDoc="0" locked="0" layoutInCell="1" allowOverlap="1">
                <wp:simplePos x="0" y="0"/>
                <wp:positionH relativeFrom="page">
                  <wp:posOffset>314039</wp:posOffset>
                </wp:positionH>
                <wp:positionV relativeFrom="page">
                  <wp:posOffset>4736592</wp:posOffset>
                </wp:positionV>
                <wp:extent cx="828960" cy="164592"/>
                <wp:effectExtent l="0" t="0" r="0" b="0"/>
                <wp:wrapNone/>
                <wp:docPr id="188" name="Text 1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10:30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0" behindDoc="0" locked="0" layoutInCell="1" allowOverlap="1">
                <wp:simplePos x="0" y="0"/>
                <wp:positionH relativeFrom="page">
                  <wp:posOffset>3265936</wp:posOffset>
                </wp:positionH>
                <wp:positionV relativeFrom="page">
                  <wp:posOffset>4736592</wp:posOffset>
                </wp:positionV>
                <wp:extent cx="1523785" cy="210311"/>
                <wp:effectExtent l="0" t="0" r="0" b="0"/>
                <wp:wrapNone/>
                <wp:docPr id="189" name="Text 1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3785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A1206"/>
                                <w:sz w:val="26"/>
                                <w:szCs w:val="26"/>
                              </w:rPr>
                              <w:t xml:space="preserve">मध्यांतर · Break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1" behindDoc="0" locked="0" layoutInCell="1" allowOverlap="1">
                <wp:simplePos x="0" y="0"/>
                <wp:positionH relativeFrom="page">
                  <wp:posOffset>314039</wp:posOffset>
                </wp:positionH>
                <wp:positionV relativeFrom="page">
                  <wp:posOffset>5614416</wp:posOffset>
                </wp:positionV>
                <wp:extent cx="828960" cy="164592"/>
                <wp:effectExtent l="0" t="0" r="0" b="0"/>
                <wp:wrapNone/>
                <wp:docPr id="190" name="Text 1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11:15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2" behindDoc="0" locked="0" layoutInCell="1" allowOverlap="1">
                <wp:simplePos x="0" y="0"/>
                <wp:positionH relativeFrom="page">
                  <wp:posOffset>1323965</wp:posOffset>
                </wp:positionH>
                <wp:positionV relativeFrom="page">
                  <wp:posOffset>5623560</wp:posOffset>
                </wp:positionV>
                <wp:extent cx="756701" cy="173736"/>
                <wp:effectExtent l="0" t="0" r="0" b="0"/>
                <wp:wrapNone/>
                <wp:docPr id="191" name="Text 1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70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रसायन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3" behindDoc="0" locked="0" layoutInCell="1" allowOverlap="1">
                <wp:simplePos x="0" y="0"/>
                <wp:positionH relativeFrom="page">
                  <wp:posOffset>2146568</wp:posOffset>
                </wp:positionH>
                <wp:positionV relativeFrom="page">
                  <wp:posOffset>5623560</wp:posOffset>
                </wp:positionV>
                <wp:extent cx="947243" cy="173736"/>
                <wp:effectExtent l="0" t="0" r="0" b="0"/>
                <wp:wrapNone/>
                <wp:docPr id="192" name="Text 1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2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पुस्तकालय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4" behindDoc="0" locked="0" layoutInCell="1" allowOverlap="1">
                <wp:simplePos x="0" y="0"/>
                <wp:positionH relativeFrom="page">
                  <wp:posOffset>3217630</wp:posOffset>
                </wp:positionH>
                <wp:positionV relativeFrom="page">
                  <wp:posOffset>5623560</wp:posOffset>
                </wp:positionV>
                <wp:extent cx="631922" cy="173736"/>
                <wp:effectExtent l="0" t="0" r="0" b="0"/>
                <wp:wrapNone/>
                <wp:docPr id="193" name="Text 1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2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हिंदी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5" behindDoc="0" locked="0" layoutInCell="1" allowOverlap="1">
                <wp:simplePos x="0" y="0"/>
                <wp:positionH relativeFrom="page">
                  <wp:posOffset>4077666</wp:posOffset>
                </wp:positionH>
                <wp:positionV relativeFrom="page">
                  <wp:posOffset>5614416</wp:posOffset>
                </wp:positionV>
                <wp:extent cx="740608" cy="182879"/>
                <wp:effectExtent l="0" t="0" r="0" b="0"/>
                <wp:wrapNone/>
                <wp:docPr id="194" name="Text 1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08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अंग्रेज़ी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6" behindDoc="0" locked="0" layoutInCell="1" allowOverlap="1">
                <wp:simplePos x="0" y="0"/>
                <wp:positionH relativeFrom="page">
                  <wp:posOffset>5007354</wp:posOffset>
                </wp:positionH>
                <wp:positionV relativeFrom="page">
                  <wp:posOffset>5623560</wp:posOffset>
                </wp:positionV>
                <wp:extent cx="704342" cy="173736"/>
                <wp:effectExtent l="0" t="0" r="0" b="0"/>
                <wp:wrapNone/>
                <wp:docPr id="195" name="Text 1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34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गणित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7" behindDoc="0" locked="0" layoutInCell="1" allowOverlap="1">
                <wp:simplePos x="0" y="0"/>
                <wp:positionH relativeFrom="page">
                  <wp:posOffset>5966045</wp:posOffset>
                </wp:positionH>
                <wp:positionV relativeFrom="page">
                  <wp:posOffset>5614416</wp:posOffset>
                </wp:positionV>
                <wp:extent cx="619450" cy="182879"/>
                <wp:effectExtent l="0" t="0" r="0" b="0"/>
                <wp:wrapNone/>
                <wp:docPr id="196" name="Text 1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45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खेल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314039</wp:posOffset>
                </wp:positionH>
                <wp:positionV relativeFrom="page">
                  <wp:posOffset>6492240</wp:posOffset>
                </wp:positionV>
                <wp:extent cx="828960" cy="164592"/>
                <wp:effectExtent l="0" t="0" r="0" b="0"/>
                <wp:wrapNone/>
                <wp:docPr id="197" name="Text 1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96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12:00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9" behindDoc="0" locked="0" layoutInCell="1" allowOverlap="1">
                <wp:simplePos x="0" y="0"/>
                <wp:positionH relativeFrom="page">
                  <wp:posOffset>1322250</wp:posOffset>
                </wp:positionH>
                <wp:positionV relativeFrom="page">
                  <wp:posOffset>6501383</wp:posOffset>
                </wp:positionV>
                <wp:extent cx="764912" cy="173736"/>
                <wp:effectExtent l="0" t="0" r="0" b="0"/>
                <wp:wrapNone/>
                <wp:docPr id="198" name="Text 1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91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कंप्यूटर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0" behindDoc="0" locked="0" layoutInCell="1" allowOverlap="1">
                <wp:simplePos x="0" y="0"/>
                <wp:positionH relativeFrom="page">
                  <wp:posOffset>2238365</wp:posOffset>
                </wp:positionH>
                <wp:positionV relativeFrom="page">
                  <wp:posOffset>6501383</wp:posOffset>
                </wp:positionV>
                <wp:extent cx="756701" cy="173736"/>
                <wp:effectExtent l="0" t="0" r="0" b="0"/>
                <wp:wrapNone/>
                <wp:docPr id="199" name="Text 1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70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रसायन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1" behindDoc="0" locked="0" layoutInCell="1" allowOverlap="1">
                <wp:simplePos x="0" y="0"/>
                <wp:positionH relativeFrom="page">
                  <wp:posOffset>3060968</wp:posOffset>
                </wp:positionH>
                <wp:positionV relativeFrom="page">
                  <wp:posOffset>6501383</wp:posOffset>
                </wp:positionV>
                <wp:extent cx="947243" cy="173736"/>
                <wp:effectExtent l="0" t="0" r="0" b="0"/>
                <wp:wrapNone/>
                <wp:docPr id="200" name="Text 2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2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पुस्तकालय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2" behindDoc="0" locked="0" layoutInCell="1" allowOverlap="1">
                <wp:simplePos x="0" y="0"/>
                <wp:positionH relativeFrom="page">
                  <wp:posOffset>4132030</wp:posOffset>
                </wp:positionH>
                <wp:positionV relativeFrom="page">
                  <wp:posOffset>6501383</wp:posOffset>
                </wp:positionV>
                <wp:extent cx="631922" cy="173736"/>
                <wp:effectExtent l="0" t="0" r="0" b="0"/>
                <wp:wrapNone/>
                <wp:docPr id="201" name="Text 2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2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हिंदी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3" behindDoc="0" locked="0" layoutInCell="1" allowOverlap="1">
                <wp:simplePos x="0" y="0"/>
                <wp:positionH relativeFrom="page">
                  <wp:posOffset>4992066</wp:posOffset>
                </wp:positionH>
                <wp:positionV relativeFrom="page">
                  <wp:posOffset>6492240</wp:posOffset>
                </wp:positionV>
                <wp:extent cx="740608" cy="182879"/>
                <wp:effectExtent l="0" t="0" r="0" b="0"/>
                <wp:wrapNone/>
                <wp:docPr id="202" name="Text 2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08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अंग्रेज़ी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4" behindDoc="0" locked="0" layoutInCell="1" allowOverlap="1">
                <wp:simplePos x="0" y="0"/>
                <wp:positionH relativeFrom="page">
                  <wp:posOffset>5921754</wp:posOffset>
                </wp:positionH>
                <wp:positionV relativeFrom="page">
                  <wp:posOffset>6501383</wp:posOffset>
                </wp:positionV>
                <wp:extent cx="704342" cy="173736"/>
                <wp:effectExtent l="0" t="0" r="0" b="0"/>
                <wp:wrapNone/>
                <wp:docPr id="203" name="Text 2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34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गणित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5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7370063</wp:posOffset>
                </wp:positionV>
                <wp:extent cx="746379" cy="164592"/>
                <wp:effectExtent l="0" t="0" r="0" b="0"/>
                <wp:wrapNone/>
                <wp:docPr id="204" name="Text 2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1:30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6" behindDoc="0" locked="0" layoutInCell="1" allowOverlap="1">
                <wp:simplePos x="0" y="0"/>
                <wp:positionH relativeFrom="page">
                  <wp:posOffset>1411762</wp:posOffset>
                </wp:positionH>
                <wp:positionV relativeFrom="page">
                  <wp:posOffset>7370063</wp:posOffset>
                </wp:positionV>
                <wp:extent cx="580936" cy="182879"/>
                <wp:effectExtent l="0" t="0" r="0" b="0"/>
                <wp:wrapNone/>
                <wp:docPr id="205" name="Text 2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93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लैब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7" behindDoc="0" locked="0" layoutInCell="1" allowOverlap="1">
                <wp:simplePos x="0" y="0"/>
                <wp:positionH relativeFrom="page">
                  <wp:posOffset>2236650</wp:posOffset>
                </wp:positionH>
                <wp:positionV relativeFrom="page">
                  <wp:posOffset>7379208</wp:posOffset>
                </wp:positionV>
                <wp:extent cx="764912" cy="173736"/>
                <wp:effectExtent l="0" t="0" r="0" b="0"/>
                <wp:wrapNone/>
                <wp:docPr id="206" name="Text 2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91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कंप्यूटर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8" behindDoc="0" locked="0" layoutInCell="1" allowOverlap="1">
                <wp:simplePos x="0" y="0"/>
                <wp:positionH relativeFrom="page">
                  <wp:posOffset>3152765</wp:posOffset>
                </wp:positionH>
                <wp:positionV relativeFrom="page">
                  <wp:posOffset>7379208</wp:posOffset>
                </wp:positionV>
                <wp:extent cx="756701" cy="173736"/>
                <wp:effectExtent l="0" t="0" r="0" b="0"/>
                <wp:wrapNone/>
                <wp:docPr id="207" name="Text 2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70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रसायन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9" behindDoc="0" locked="0" layoutInCell="1" allowOverlap="1">
                <wp:simplePos x="0" y="0"/>
                <wp:positionH relativeFrom="page">
                  <wp:posOffset>3975368</wp:posOffset>
                </wp:positionH>
                <wp:positionV relativeFrom="page">
                  <wp:posOffset>7379208</wp:posOffset>
                </wp:positionV>
                <wp:extent cx="947243" cy="173736"/>
                <wp:effectExtent l="0" t="0" r="0" b="0"/>
                <wp:wrapNone/>
                <wp:docPr id="208" name="Text 2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2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पुस्तकालय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0" behindDoc="0" locked="0" layoutInCell="1" allowOverlap="1">
                <wp:simplePos x="0" y="0"/>
                <wp:positionH relativeFrom="page">
                  <wp:posOffset>5046430</wp:posOffset>
                </wp:positionH>
                <wp:positionV relativeFrom="page">
                  <wp:posOffset>7379208</wp:posOffset>
                </wp:positionV>
                <wp:extent cx="631922" cy="173736"/>
                <wp:effectExtent l="0" t="0" r="0" b="0"/>
                <wp:wrapNone/>
                <wp:docPr id="209" name="Text 2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2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हिंदी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1" behindDoc="0" locked="0" layoutInCell="1" allowOverlap="1">
                <wp:simplePos x="0" y="0"/>
                <wp:positionH relativeFrom="page">
                  <wp:posOffset>5906466</wp:posOffset>
                </wp:positionH>
                <wp:positionV relativeFrom="page">
                  <wp:posOffset>7370063</wp:posOffset>
                </wp:positionV>
                <wp:extent cx="740608" cy="182879"/>
                <wp:effectExtent l="0" t="0" r="0" b="0"/>
                <wp:wrapNone/>
                <wp:docPr id="210" name="Text 2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08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अंग्रेज़ी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2" behindDoc="0" locked="0" layoutInCell="1" allowOverlap="1">
                <wp:simplePos x="0" y="0"/>
                <wp:positionH relativeFrom="page">
                  <wp:posOffset>396621</wp:posOffset>
                </wp:positionH>
                <wp:positionV relativeFrom="page">
                  <wp:posOffset>8247887</wp:posOffset>
                </wp:positionV>
                <wp:extent cx="746379" cy="164592"/>
                <wp:effectExtent l="0" t="0" r="0" b="0"/>
                <wp:wrapNone/>
                <wp:docPr id="211" name="Text 2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13E0D"/>
                                <w:sz w:val="22"/>
                                <w:szCs w:val="22"/>
                              </w:rPr>
                              <w:t xml:space="preserve">2:15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3" behindDoc="0" locked="0" layoutInCell="1" allowOverlap="1">
                <wp:simplePos x="0" y="0"/>
                <wp:positionH relativeFrom="page">
                  <wp:posOffset>1300105</wp:posOffset>
                </wp:positionH>
                <wp:positionV relativeFrom="page">
                  <wp:posOffset>8257032</wp:posOffset>
                </wp:positionV>
                <wp:extent cx="809352" cy="173736"/>
                <wp:effectExtent l="0" t="0" r="0" b="0"/>
                <wp:wrapNone/>
                <wp:docPr id="212" name="Text 2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35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भौतिकी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4" behindDoc="0" locked="0" layoutInCell="1" allowOverlap="1">
                <wp:simplePos x="0" y="0"/>
                <wp:positionH relativeFrom="page">
                  <wp:posOffset>2326162</wp:posOffset>
                </wp:positionH>
                <wp:positionV relativeFrom="page">
                  <wp:posOffset>8247887</wp:posOffset>
                </wp:positionV>
                <wp:extent cx="580936" cy="182879"/>
                <wp:effectExtent l="0" t="0" r="0" b="0"/>
                <wp:wrapNone/>
                <wp:docPr id="213" name="Text 2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93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लैब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5" behindDoc="0" locked="0" layoutInCell="1" allowOverlap="1">
                <wp:simplePos x="0" y="0"/>
                <wp:positionH relativeFrom="page">
                  <wp:posOffset>3151050</wp:posOffset>
                </wp:positionH>
                <wp:positionV relativeFrom="page">
                  <wp:posOffset>8257032</wp:posOffset>
                </wp:positionV>
                <wp:extent cx="764912" cy="173736"/>
                <wp:effectExtent l="0" t="0" r="0" b="0"/>
                <wp:wrapNone/>
                <wp:docPr id="214" name="Text 2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91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कंप्यूटर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6" behindDoc="0" locked="0" layoutInCell="1" allowOverlap="1">
                <wp:simplePos x="0" y="0"/>
                <wp:positionH relativeFrom="page">
                  <wp:posOffset>4067165</wp:posOffset>
                </wp:positionH>
                <wp:positionV relativeFrom="page">
                  <wp:posOffset>8257032</wp:posOffset>
                </wp:positionV>
                <wp:extent cx="756701" cy="173736"/>
                <wp:effectExtent l="0" t="0" r="0" b="0"/>
                <wp:wrapNone/>
                <wp:docPr id="215" name="Text 2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70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रसायन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7" behindDoc="0" locked="0" layoutInCell="1" allowOverlap="1">
                <wp:simplePos x="0" y="0"/>
                <wp:positionH relativeFrom="page">
                  <wp:posOffset>4889768</wp:posOffset>
                </wp:positionH>
                <wp:positionV relativeFrom="page">
                  <wp:posOffset>8257032</wp:posOffset>
                </wp:positionV>
                <wp:extent cx="947243" cy="173736"/>
                <wp:effectExtent l="0" t="0" r="0" b="0"/>
                <wp:wrapNone/>
                <wp:docPr id="216" name="Text 2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2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पुस्तकालय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8" behindDoc="0" locked="0" layoutInCell="1" allowOverlap="1">
                <wp:simplePos x="0" y="0"/>
                <wp:positionH relativeFrom="page">
                  <wp:posOffset>5960830</wp:posOffset>
                </wp:positionH>
                <wp:positionV relativeFrom="page">
                  <wp:posOffset>8257032</wp:posOffset>
                </wp:positionV>
                <wp:extent cx="631922" cy="173736"/>
                <wp:effectExtent l="0" t="0" r="0" b="0"/>
                <wp:wrapNone/>
                <wp:docPr id="217" name="Text 2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2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हिंदी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समय सारणी — Hindi timetable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