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1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1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365759</wp:posOffset>
                </wp:positionV>
                <wp:extent cx="3226726" cy="603504"/>
                <wp:effectExtent l="0" t="0" r="0" b="0"/>
                <wp:wrapNone/>
                <wp:docPr id="815" name="Text 8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6726" cy="60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50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3B1F24"/>
                                <w:sz w:val="75"/>
                                <w:szCs w:val="75"/>
                              </w:rPr>
                              <w:t xml:space="preserve">Study Planner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1051560</wp:posOffset>
                </wp:positionV>
                <wp:extent cx="3124204" cy="173736"/>
                <wp:effectExtent l="0" t="0" r="0" b="0"/>
                <wp:wrapNone/>
                <wp:docPr id="816" name="Text 8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pacing w:val="23"/>
                                <w:sz w:val="23"/>
                                <w:szCs w:val="23"/>
                              </w:rPr>
                              <w:t xml:space="preserve">DATE ____ / ____ /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667511</wp:posOffset>
                </wp:positionV>
                <wp:extent cx="1554708" cy="137160"/>
                <wp:effectExtent l="0" t="0" r="0" b="0"/>
                <wp:wrapNone/>
                <wp:docPr id="817" name="Text 8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708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7"/>
                                <w:sz w:val="19"/>
                                <w:szCs w:val="19"/>
                              </w:rPr>
                              <w:t xml:space="preserve">TOP PRIORITY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4471416</wp:posOffset>
                </wp:positionH>
                <wp:positionV relativeFrom="page">
                  <wp:posOffset>950976</wp:posOffset>
                </wp:positionV>
                <wp:extent cx="1749897" cy="256032"/>
                <wp:effectExtent l="0" t="0" r="0" b="0"/>
                <wp:wrapNone/>
                <wp:docPr id="818" name="Text 8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9897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Finish Ch. 6 notes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2020824</wp:posOffset>
                </wp:positionV>
                <wp:extent cx="771124" cy="173736"/>
                <wp:effectExtent l="0" t="0" r="0" b="0"/>
                <wp:wrapNone/>
                <wp:docPr id="819" name="Text 8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7:00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2587752</wp:posOffset>
                </wp:positionV>
                <wp:extent cx="771124" cy="173736"/>
                <wp:effectExtent l="0" t="0" r="0" b="0"/>
                <wp:wrapNone/>
                <wp:docPr id="820" name="Text 8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8:00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3154679</wp:posOffset>
                </wp:positionV>
                <wp:extent cx="771124" cy="173736"/>
                <wp:effectExtent l="0" t="0" r="0" b="0"/>
                <wp:wrapNone/>
                <wp:docPr id="821" name="Text 8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9:00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3721607</wp:posOffset>
                </wp:positionV>
                <wp:extent cx="859278" cy="173736"/>
                <wp:effectExtent l="0" t="0" r="0" b="0"/>
                <wp:wrapNone/>
                <wp:docPr id="822" name="Text 8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927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10:00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4288536</wp:posOffset>
                </wp:positionV>
                <wp:extent cx="859278" cy="173736"/>
                <wp:effectExtent l="0" t="0" r="0" b="0"/>
                <wp:wrapNone/>
                <wp:docPr id="823" name="Text 8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927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11:00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4855464</wp:posOffset>
                </wp:positionV>
                <wp:extent cx="859278" cy="173736"/>
                <wp:effectExtent l="0" t="0" r="0" b="0"/>
                <wp:wrapNone/>
                <wp:docPr id="824" name="Text 8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927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12:00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5422392</wp:posOffset>
                </wp:positionV>
                <wp:extent cx="771124" cy="173736"/>
                <wp:effectExtent l="0" t="0" r="0" b="0"/>
                <wp:wrapNone/>
                <wp:docPr id="825" name="Text 8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1:00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5989320</wp:posOffset>
                </wp:positionV>
                <wp:extent cx="771124" cy="173736"/>
                <wp:effectExtent l="0" t="0" r="0" b="0"/>
                <wp:wrapNone/>
                <wp:docPr id="826" name="Text 8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2:00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6556248</wp:posOffset>
                </wp:positionV>
                <wp:extent cx="771124" cy="173736"/>
                <wp:effectExtent l="0" t="0" r="0" b="0"/>
                <wp:wrapNone/>
                <wp:docPr id="827" name="Text 8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3:00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7123176</wp:posOffset>
                </wp:positionV>
                <wp:extent cx="771124" cy="173736"/>
                <wp:effectExtent l="0" t="0" r="0" b="0"/>
                <wp:wrapNone/>
                <wp:docPr id="828" name="Text 8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12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z w:val="23"/>
                                <w:szCs w:val="23"/>
                              </w:rPr>
                              <w:t xml:space="preserve">4:00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1417320</wp:posOffset>
                </wp:positionH>
                <wp:positionV relativeFrom="page">
                  <wp:posOffset>2560320</wp:posOffset>
                </wp:positionV>
                <wp:extent cx="1681616" cy="228600"/>
                <wp:effectExtent l="0" t="0" r="0" b="0"/>
                <wp:wrapNone/>
                <wp:docPr id="829" name="Text 8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161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3B1F24"/>
                                <w:sz w:val="29"/>
                                <w:szCs w:val="29"/>
                              </w:rPr>
                              <w:t xml:space="preserve">Revise trigonometry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1417320</wp:posOffset>
                </wp:positionH>
                <wp:positionV relativeFrom="page">
                  <wp:posOffset>3694176</wp:posOffset>
                </wp:positionV>
                <wp:extent cx="2094340" cy="237744"/>
                <wp:effectExtent l="0" t="0" r="0" b="0"/>
                <wp:wrapNone/>
                <wp:docPr id="830" name="Text 8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4340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3B1F24"/>
                                <w:sz w:val="29"/>
                                <w:szCs w:val="29"/>
                              </w:rPr>
                              <w:t xml:space="preserve">Physics numericals 1–10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1417320</wp:posOffset>
                </wp:positionH>
                <wp:positionV relativeFrom="page">
                  <wp:posOffset>4828032</wp:posOffset>
                </wp:positionV>
                <wp:extent cx="1662835" cy="237744"/>
                <wp:effectExtent l="0" t="0" r="0" b="0"/>
                <wp:wrapNone/>
                <wp:docPr id="831" name="Text 8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2835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3B1F24"/>
                                <w:sz w:val="29"/>
                                <w:szCs w:val="29"/>
                              </w:rPr>
                              <w:t xml:space="preserve">English essay draft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1417320</wp:posOffset>
                </wp:positionH>
                <wp:positionV relativeFrom="page">
                  <wp:posOffset>5961888</wp:posOffset>
                </wp:positionV>
                <wp:extent cx="1256750" cy="228600"/>
                <wp:effectExtent l="0" t="0" r="0" b="0"/>
                <wp:wrapNone/>
                <wp:docPr id="832" name="Text 8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7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3B1F24"/>
                                <w:sz w:val="29"/>
                                <w:szCs w:val="29"/>
                              </w:rPr>
                              <w:t xml:space="preserve">Break + walk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1984247</wp:posOffset>
                </wp:positionV>
                <wp:extent cx="926801" cy="146304"/>
                <wp:effectExtent l="0" t="0" r="0" b="0"/>
                <wp:wrapNone/>
                <wp:docPr id="833" name="Text 8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80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14956"/>
                                <w:spacing w:val="40"/>
                                <w:sz w:val="20"/>
                                <w:szCs w:val="20"/>
                              </w:rPr>
                              <w:t xml:space="preserve">TO-DO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4983480</wp:posOffset>
                </wp:positionH>
                <wp:positionV relativeFrom="page">
                  <wp:posOffset>2368296</wp:posOffset>
                </wp:positionV>
                <wp:extent cx="1599038" cy="173736"/>
                <wp:effectExtent l="0" t="0" r="0" b="0"/>
                <wp:wrapNone/>
                <wp:docPr id="834" name="Text 8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903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4"/>
                                <w:szCs w:val="24"/>
                              </w:rPr>
                              <w:t xml:space="preserve">Maths worksheet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4983480</wp:posOffset>
                </wp:positionH>
                <wp:positionV relativeFrom="page">
                  <wp:posOffset>2788920</wp:posOffset>
                </wp:positionV>
                <wp:extent cx="1164774" cy="173736"/>
                <wp:effectExtent l="0" t="0" r="0" b="0"/>
                <wp:wrapNone/>
                <wp:docPr id="835" name="Text 8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77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4"/>
                                <w:szCs w:val="24"/>
                              </w:rPr>
                              <w:t xml:space="preserve">Lab record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4983480</wp:posOffset>
                </wp:positionH>
                <wp:positionV relativeFrom="page">
                  <wp:posOffset>3209544</wp:posOffset>
                </wp:positionV>
                <wp:extent cx="1476098" cy="173736"/>
                <wp:effectExtent l="0" t="0" r="0" b="0"/>
                <wp:wrapNone/>
                <wp:docPr id="836" name="Text 8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9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4"/>
                                <w:szCs w:val="24"/>
                              </w:rPr>
                              <w:t xml:space="preserve">Read 20 pages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4983480</wp:posOffset>
                </wp:positionH>
                <wp:positionV relativeFrom="page">
                  <wp:posOffset>3630167</wp:posOffset>
                </wp:positionV>
                <wp:extent cx="1069762" cy="173736"/>
                <wp:effectExtent l="0" t="0" r="0" b="0"/>
                <wp:wrapNone/>
                <wp:docPr id="837" name="Text 8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76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4"/>
                                <w:szCs w:val="24"/>
                              </w:rPr>
                              <w:t xml:space="preserve">Pack bag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4983480</wp:posOffset>
                </wp:positionH>
                <wp:positionV relativeFrom="page">
                  <wp:posOffset>4050791</wp:posOffset>
                </wp:positionV>
                <wp:extent cx="1231068" cy="173736"/>
                <wp:effectExtent l="0" t="0" r="0" b="0"/>
                <wp:wrapNone/>
                <wp:docPr id="838" name="Text 8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106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4"/>
                                <w:szCs w:val="24"/>
                              </w:rPr>
                              <w:t xml:space="preserve">Sleep by 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4818888</wp:posOffset>
                </wp:positionV>
                <wp:extent cx="926801" cy="146304"/>
                <wp:effectExtent l="0" t="0" r="0" b="0"/>
                <wp:wrapNone/>
                <wp:docPr id="839" name="Text 8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80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14956"/>
                                <w:spacing w:val="38"/>
                                <w:sz w:val="20"/>
                                <w:szCs w:val="20"/>
                              </w:rPr>
                              <w:t xml:space="preserve">WATER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5641848</wp:posOffset>
                </wp:positionV>
                <wp:extent cx="926801" cy="146304"/>
                <wp:effectExtent l="0" t="0" r="0" b="0"/>
                <wp:wrapNone/>
                <wp:docPr id="840" name="Text 8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80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14956"/>
                                <w:spacing w:val="40"/>
                                <w:sz w:val="20"/>
                                <w:szCs w:val="20"/>
                              </w:rPr>
                              <w:t xml:space="preserve">NOTES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study planner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