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44460" cy="9180576"/>
            <wp:effectExtent l="0" t="0" r="0" b="0"/>
            <wp:wrapNone/>
            <wp:docPr id="841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841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344460" cy="91805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502920</wp:posOffset>
                </wp:positionV>
                <wp:extent cx="4332908" cy="512064"/>
                <wp:effectExtent l="0" t="0" r="0" b="0"/>
                <wp:wrapNone/>
                <wp:docPr id="842" name="Text 84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32908" cy="5120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80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063B4C"/>
                                <w:sz w:val="72"/>
                                <w:szCs w:val="72"/>
                              </w:rPr>
                              <w:t xml:space="preserve">Revision Week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502920</wp:posOffset>
                </wp:positionH>
                <wp:positionV relativeFrom="page">
                  <wp:posOffset>1143000</wp:posOffset>
                </wp:positionV>
                <wp:extent cx="4509850" cy="173736"/>
                <wp:effectExtent l="0" t="0" r="0" b="0"/>
                <wp:wrapNone/>
                <wp:docPr id="843" name="Text 84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9850" cy="17373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73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3FD1C3"/>
                                <w:sz w:val="24"/>
                                <w:szCs w:val="24"/>
                              </w:rPr>
                              <w:t xml:space="preserve">Mock exams in 10 days — one subject per day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620191</wp:posOffset>
                </wp:positionH>
                <wp:positionV relativeFrom="page">
                  <wp:posOffset>2176272</wp:posOffset>
                </wp:positionV>
                <wp:extent cx="789584" cy="228600"/>
                <wp:effectExtent l="0" t="0" r="0" b="0"/>
                <wp:wrapNone/>
                <wp:docPr id="844" name="Text 84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58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32"/>
                                <w:szCs w:val="32"/>
                              </w:rPr>
                              <w:t xml:space="preserve">MON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1965959</wp:posOffset>
                </wp:positionV>
                <wp:extent cx="1191520" cy="283464"/>
                <wp:effectExtent l="0" t="0" r="0" b="0"/>
                <wp:wrapNone/>
                <wp:docPr id="845" name="Text 84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1520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40"/>
                                <w:szCs w:val="40"/>
                              </w:rPr>
                              <w:t xml:space="preserve">Maths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2359152</wp:posOffset>
                </wp:positionV>
                <wp:extent cx="1618287" cy="182879"/>
                <wp:effectExtent l="0" t="0" r="0" b="0"/>
                <wp:wrapNone/>
                <wp:docPr id="846" name="Text 84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8287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82A9B0"/>
                                <w:sz w:val="26"/>
                                <w:szCs w:val="26"/>
                              </w:rPr>
                              <w:t xml:space="preserve">Ch. 1–4 + PYQs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620191</wp:posOffset>
                </wp:positionH>
                <wp:positionV relativeFrom="page">
                  <wp:posOffset>3163824</wp:posOffset>
                </wp:positionV>
                <wp:extent cx="789584" cy="228600"/>
                <wp:effectExtent l="0" t="0" r="0" b="0"/>
                <wp:wrapNone/>
                <wp:docPr id="847" name="Text 84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58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32"/>
                                <w:szCs w:val="32"/>
                              </w:rPr>
                              <w:t xml:space="preserve">TUE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6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2953512</wp:posOffset>
                </wp:positionV>
                <wp:extent cx="1419691" cy="283464"/>
                <wp:effectExtent l="0" t="0" r="0" b="0"/>
                <wp:wrapNone/>
                <wp:docPr id="848" name="Text 84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19691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40"/>
                                <w:szCs w:val="40"/>
                              </w:rPr>
                              <w:t xml:space="preserve">Physics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7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3346704</wp:posOffset>
                </wp:positionV>
                <wp:extent cx="1247527" cy="182879"/>
                <wp:effectExtent l="0" t="0" r="0" b="0"/>
                <wp:wrapNone/>
                <wp:docPr id="849" name="Text 84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7527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82A9B0"/>
                                <w:sz w:val="26"/>
                                <w:szCs w:val="26"/>
                              </w:rPr>
                              <w:t xml:space="preserve">Numericals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8" behindDoc="0" locked="0" layoutInCell="1" allowOverlap="1">
                <wp:simplePos x="0" y="0"/>
                <wp:positionH relativeFrom="page">
                  <wp:posOffset>620191</wp:posOffset>
                </wp:positionH>
                <wp:positionV relativeFrom="page">
                  <wp:posOffset>4151376</wp:posOffset>
                </wp:positionV>
                <wp:extent cx="789584" cy="228600"/>
                <wp:effectExtent l="0" t="0" r="0" b="0"/>
                <wp:wrapNone/>
                <wp:docPr id="850" name="Text 85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58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32"/>
                                <w:szCs w:val="32"/>
                              </w:rPr>
                              <w:t xml:space="preserve">WED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9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3941064</wp:posOffset>
                </wp:positionV>
                <wp:extent cx="1718841" cy="283464"/>
                <wp:effectExtent l="0" t="0" r="0" b="0"/>
                <wp:wrapNone/>
                <wp:docPr id="851" name="Text 85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8841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40"/>
                                <w:szCs w:val="40"/>
                              </w:rPr>
                              <w:t xml:space="preserve">Chemistry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0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4334256</wp:posOffset>
                </wp:positionV>
                <wp:extent cx="1735545" cy="182879"/>
                <wp:effectExtent l="0" t="0" r="0" b="0"/>
                <wp:wrapNone/>
                <wp:docPr id="852" name="Text 85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5545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82A9B0"/>
                                <w:sz w:val="26"/>
                                <w:szCs w:val="26"/>
                              </w:rPr>
                              <w:t xml:space="preserve">Organic reactions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1" behindDoc="0" locked="0" layoutInCell="1" allowOverlap="1">
                <wp:simplePos x="0" y="0"/>
                <wp:positionH relativeFrom="page">
                  <wp:posOffset>620191</wp:posOffset>
                </wp:positionH>
                <wp:positionV relativeFrom="page">
                  <wp:posOffset>5138928</wp:posOffset>
                </wp:positionV>
                <wp:extent cx="789584" cy="228600"/>
                <wp:effectExtent l="0" t="0" r="0" b="0"/>
                <wp:wrapNone/>
                <wp:docPr id="853" name="Text 85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58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32"/>
                                <w:szCs w:val="32"/>
                              </w:rPr>
                              <w:t xml:space="preserve">THU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2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4928616</wp:posOffset>
                </wp:positionV>
                <wp:extent cx="1394367" cy="283464"/>
                <wp:effectExtent l="0" t="0" r="0" b="0"/>
                <wp:wrapNone/>
                <wp:docPr id="854" name="Text 85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4367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40"/>
                                <w:szCs w:val="40"/>
                              </w:rPr>
                              <w:t xml:space="preserve">Biology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3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5321808</wp:posOffset>
                </wp:positionV>
                <wp:extent cx="1128655" cy="182879"/>
                <wp:effectExtent l="0" t="0" r="0" b="0"/>
                <wp:wrapNone/>
                <wp:docPr id="855" name="Text 85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8655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82A9B0"/>
                                <w:sz w:val="26"/>
                                <w:szCs w:val="26"/>
                              </w:rPr>
                              <w:t xml:space="preserve">Diagrams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4" behindDoc="0" locked="0" layoutInCell="1" allowOverlap="1">
                <wp:simplePos x="0" y="0"/>
                <wp:positionH relativeFrom="page">
                  <wp:posOffset>620191</wp:posOffset>
                </wp:positionH>
                <wp:positionV relativeFrom="page">
                  <wp:posOffset>6126480</wp:posOffset>
                </wp:positionV>
                <wp:extent cx="789584" cy="228600"/>
                <wp:effectExtent l="0" t="0" r="0" b="0"/>
                <wp:wrapNone/>
                <wp:docPr id="856" name="Text 85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58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32"/>
                                <w:szCs w:val="32"/>
                              </w:rPr>
                              <w:t xml:space="preserve">FRI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5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5916168</wp:posOffset>
                </wp:positionV>
                <wp:extent cx="1376400" cy="283464"/>
                <wp:effectExtent l="0" t="0" r="0" b="0"/>
                <wp:wrapNone/>
                <wp:docPr id="857" name="Text 85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6400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40"/>
                                <w:szCs w:val="40"/>
                              </w:rPr>
                              <w:t xml:space="preserve">English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6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6309359</wp:posOffset>
                </wp:positionV>
                <wp:extent cx="1741117" cy="182879"/>
                <wp:effectExtent l="0" t="0" r="0" b="0"/>
                <wp:wrapNone/>
                <wp:docPr id="858" name="Text 85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1117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82A9B0"/>
                                <w:sz w:val="26"/>
                                <w:szCs w:val="26"/>
                              </w:rPr>
                              <w:t xml:space="preserve">Essay + grammar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7" behindDoc="0" locked="0" layoutInCell="1" allowOverlap="1">
                <wp:simplePos x="0" y="0"/>
                <wp:positionH relativeFrom="page">
                  <wp:posOffset>620191</wp:posOffset>
                </wp:positionH>
                <wp:positionV relativeFrom="page">
                  <wp:posOffset>7114032</wp:posOffset>
                </wp:positionV>
                <wp:extent cx="789584" cy="228600"/>
                <wp:effectExtent l="0" t="0" r="0" b="0"/>
                <wp:wrapNone/>
                <wp:docPr id="859" name="Text 8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58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32"/>
                                <w:szCs w:val="32"/>
                              </w:rPr>
                              <w:t xml:space="preserve">SAT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8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6903720</wp:posOffset>
                </wp:positionV>
                <wp:extent cx="1632718" cy="283464"/>
                <wp:effectExtent l="0" t="0" r="0" b="0"/>
                <wp:wrapNone/>
                <wp:docPr id="860" name="Text 8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2718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40"/>
                                <w:szCs w:val="40"/>
                              </w:rPr>
                              <w:t xml:space="preserve">Mock test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29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7296911</wp:posOffset>
                </wp:positionV>
                <wp:extent cx="1467269" cy="182879"/>
                <wp:effectExtent l="0" t="0" r="0" b="0"/>
                <wp:wrapNone/>
                <wp:docPr id="861" name="Text 8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269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82A9B0"/>
                                <w:sz w:val="26"/>
                                <w:szCs w:val="26"/>
                              </w:rPr>
                              <w:t xml:space="preserve">3 hours, timed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0" behindDoc="0" locked="0" layoutInCell="1" allowOverlap="1">
                <wp:simplePos x="0" y="0"/>
                <wp:positionH relativeFrom="page">
                  <wp:posOffset>620191</wp:posOffset>
                </wp:positionH>
                <wp:positionV relativeFrom="page">
                  <wp:posOffset>8101583</wp:posOffset>
                </wp:positionV>
                <wp:extent cx="789584" cy="228600"/>
                <wp:effectExtent l="0" t="0" r="0" b="0"/>
                <wp:wrapNone/>
                <wp:docPr id="862" name="Text 8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9584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3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111111"/>
                                <w:sz w:val="32"/>
                                <w:szCs w:val="32"/>
                              </w:rPr>
                              <w:t xml:space="preserve">SUN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1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7891272</wp:posOffset>
                </wp:positionV>
                <wp:extent cx="2225556" cy="283464"/>
                <wp:effectExtent l="0" t="0" r="0" b="0"/>
                <wp:wrapNone/>
                <wp:docPr id="863" name="Text 8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5556" cy="2834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46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E8F3F1"/>
                                <w:sz w:val="40"/>
                                <w:szCs w:val="40"/>
                              </w:rPr>
                              <w:t xml:space="preserve">Rest + review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32" behindDoc="0" locked="0" layoutInCell="1" allowOverlap="1">
                <wp:simplePos x="0" y="0"/>
                <wp:positionH relativeFrom="page">
                  <wp:posOffset>1728215</wp:posOffset>
                </wp:positionH>
                <wp:positionV relativeFrom="page">
                  <wp:posOffset>8284463</wp:posOffset>
                </wp:positionV>
                <wp:extent cx="1317821" cy="182879"/>
                <wp:effectExtent l="0" t="0" r="0" b="0"/>
                <wp:wrapNone/>
                <wp:docPr id="864" name="Text 86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7821" cy="1828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288" w:lineRule="exact"/>
                              <w:jc w:val="left"/>
                            </w:pPr>
                            <w:r>
                              <w:rPr>
                                <w:rFonts w:ascii="Arial" w:hAnsi="Arial" w:cs="Arial" w:eastAsia="Arial"/>
                                <w:color w:val="82A9B0"/>
                                <w:sz w:val="26"/>
                                <w:szCs w:val="26"/>
                              </w:rPr>
                              <w:t xml:space="preserve">Weak topics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11520" w:h="144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 week planner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