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86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86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402336</wp:posOffset>
                </wp:positionV>
                <wp:extent cx="3969067" cy="521208"/>
                <wp:effectExtent l="0" t="0" r="0" b="0"/>
                <wp:wrapNone/>
                <wp:docPr id="866" name="Text 8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9067" cy="521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2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2301B"/>
                                <w:sz w:val="75"/>
                                <w:szCs w:val="75"/>
                              </w:rPr>
                              <w:t xml:space="preserve">October Goals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1024128</wp:posOffset>
                </wp:positionV>
                <wp:extent cx="3351361" cy="155448"/>
                <wp:effectExtent l="0" t="0" r="0" b="0"/>
                <wp:wrapNone/>
                <wp:docPr id="867" name="Text 8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1361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5F684F"/>
                                <w:sz w:val="23"/>
                                <w:szCs w:val="23"/>
                              </w:rPr>
                              <w:t xml:space="preserve">Tick a box each day you keep the habit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1773936</wp:posOffset>
                </wp:positionV>
                <wp:extent cx="1530819" cy="228600"/>
                <wp:effectExtent l="0" t="0" r="0" b="0"/>
                <wp:wrapNone/>
                <wp:docPr id="868" name="Text 8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81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32"/>
                                <w:szCs w:val="32"/>
                              </w:rPr>
                              <w:t xml:space="preserve">Study 2 hrs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2871216</wp:posOffset>
                </wp:positionV>
                <wp:extent cx="1620402" cy="228600"/>
                <wp:effectExtent l="0" t="0" r="0" b="0"/>
                <wp:wrapNone/>
                <wp:docPr id="869" name="Text 8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40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32"/>
                                <w:szCs w:val="32"/>
                              </w:rPr>
                              <w:t xml:space="preserve">Read 20 min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3968495</wp:posOffset>
                </wp:positionV>
                <wp:extent cx="1263072" cy="228600"/>
                <wp:effectExtent l="0" t="0" r="0" b="0"/>
                <wp:wrapNone/>
                <wp:docPr id="870" name="Text 8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307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32"/>
                                <w:szCs w:val="32"/>
                              </w:rPr>
                              <w:t xml:space="preserve">Exercise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5065776</wp:posOffset>
                </wp:positionV>
                <wp:extent cx="2278284" cy="228600"/>
                <wp:effectExtent l="0" t="0" r="0" b="0"/>
                <wp:wrapNone/>
                <wp:docPr id="871" name="Text 8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2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32"/>
                                <w:szCs w:val="32"/>
                              </w:rPr>
                              <w:t xml:space="preserve">No phone after 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6163056</wp:posOffset>
                </wp:positionV>
                <wp:extent cx="1508674" cy="228600"/>
                <wp:effectExtent l="0" t="0" r="0" b="0"/>
                <wp:wrapNone/>
                <wp:docPr id="872" name="Text 8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67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32"/>
                                <w:szCs w:val="32"/>
                              </w:rPr>
                              <w:t xml:space="preserve">Sleep 8 hrs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7260335</wp:posOffset>
                </wp:positionV>
                <wp:extent cx="2293700" cy="228600"/>
                <wp:effectExtent l="0" t="0" r="0" b="0"/>
                <wp:wrapNone/>
                <wp:docPr id="873" name="Text 8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3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32"/>
                                <w:szCs w:val="32"/>
                              </w:rPr>
                              <w:t xml:space="preserve">Revise flashcards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habit tracker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