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87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87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2613283</wp:posOffset>
                </wp:positionH>
                <wp:positionV relativeFrom="page">
                  <wp:posOffset>2898647</wp:posOffset>
                </wp:positionV>
                <wp:extent cx="2106777" cy="1865376"/>
                <wp:effectExtent l="0" t="0" r="0" b="0"/>
                <wp:wrapNone/>
                <wp:docPr id="875" name="Text 8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777" cy="1865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37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FFFFF"/>
                                <w:sz w:val="245"/>
                                <w:szCs w:val="245"/>
                              </w:rPr>
                              <w:t xml:space="preserve"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2317139</wp:posOffset>
                </wp:positionH>
                <wp:positionV relativeFrom="page">
                  <wp:posOffset>1097280</wp:posOffset>
                </wp:positionV>
                <wp:extent cx="2680920" cy="228600"/>
                <wp:effectExtent l="0" t="0" r="0" b="0"/>
                <wp:wrapNone/>
                <wp:docPr id="876" name="Text 8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09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B5CFF"/>
                                <w:spacing w:val="126"/>
                                <w:sz w:val="32"/>
                                <w:szCs w:val="32"/>
                              </w:rPr>
                              <w:t xml:space="preserve">DAYS TO 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1788174</wp:posOffset>
                </wp:positionH>
                <wp:positionV relativeFrom="page">
                  <wp:posOffset>6373368</wp:posOffset>
                </wp:positionV>
                <wp:extent cx="3756754" cy="768096"/>
                <wp:effectExtent l="0" t="0" r="0" b="0"/>
                <wp:wrapNone/>
                <wp:docPr id="877" name="Text 8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6754" cy="768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09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3EEFE"/>
                                <w:sz w:val="101"/>
                                <w:szCs w:val="101"/>
                              </w:rPr>
                              <w:t xml:space="preserve">BOARD EXAMS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1046095</wp:posOffset>
                </wp:positionH>
                <wp:positionV relativeFrom="page">
                  <wp:posOffset>7333487</wp:posOffset>
                </wp:positionV>
                <wp:extent cx="5223009" cy="201168"/>
                <wp:effectExtent l="0" t="0" r="0" b="0"/>
                <wp:wrapNone/>
                <wp:docPr id="878" name="Text 8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009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3EEFE"/>
                                <w:sz w:val="29"/>
                                <w:szCs w:val="29"/>
                              </w:rPr>
                              <w:t xml:space="preserve">You have done harder things. One chapter a day.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countdown — Board Exams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