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87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87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758952</wp:posOffset>
                </wp:positionV>
                <wp:extent cx="2953797" cy="192024"/>
                <wp:effectExtent l="0" t="0" r="0" b="0"/>
                <wp:wrapNone/>
                <wp:docPr id="880" name="Text 8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3797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B54023"/>
                                <w:spacing w:val="77"/>
                                <w:sz w:val="26"/>
                                <w:szCs w:val="26"/>
                              </w:rPr>
                              <w:t xml:space="preserve">SEMESTER FINALS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265176</wp:posOffset>
                </wp:positionH>
                <wp:positionV relativeFrom="page">
                  <wp:posOffset>-301752</wp:posOffset>
                </wp:positionV>
                <wp:extent cx="5581657" cy="6473952"/>
                <wp:effectExtent l="0" t="0" r="0" b="0"/>
                <wp:wrapNone/>
                <wp:docPr id="881" name="Text 8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7" cy="64739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195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E2502C"/>
                                <w:spacing w:val="-196"/>
                                <w:sz w:val="677"/>
                                <w:szCs w:val="677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5148071</wp:posOffset>
                </wp:positionV>
                <wp:extent cx="2767574" cy="649224"/>
                <wp:effectExtent l="0" t="0" r="0" b="0"/>
                <wp:wrapNone/>
                <wp:docPr id="882" name="Text 8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7574" cy="649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22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F1C12"/>
                                <w:sz w:val="92"/>
                                <w:szCs w:val="92"/>
                              </w:rPr>
                              <w:t xml:space="preserve">days left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4194309</wp:posOffset>
                </wp:positionH>
                <wp:positionV relativeFrom="page">
                  <wp:posOffset>795528</wp:posOffset>
                </wp:positionV>
                <wp:extent cx="2617970" cy="146304"/>
                <wp:effectExtent l="0" t="0" r="0" b="0"/>
                <wp:wrapNone/>
                <wp:docPr id="883" name="Text 8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7970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B6446"/>
                                <w:spacing w:val="19"/>
                                <w:sz w:val="20"/>
                                <w:szCs w:val="20"/>
                              </w:rPr>
                              <w:t xml:space="preserve">CROSS ONE OFF EACH 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 countdown — Semester Finals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