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8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8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2163892</wp:posOffset>
                </wp:positionH>
                <wp:positionV relativeFrom="page">
                  <wp:posOffset>1527048</wp:posOffset>
                </wp:positionV>
                <wp:extent cx="2989221" cy="384048"/>
                <wp:effectExtent l="0" t="0" r="0" b="0"/>
                <wp:wrapNone/>
                <wp:docPr id="885" name="Text 8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221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F1E5A"/>
                                <w:sz w:val="49"/>
                                <w:szCs w:val="49"/>
                              </w:rPr>
                              <w:t xml:space="preserve">Entrance Test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726419</wp:posOffset>
                </wp:positionH>
                <wp:positionV relativeFrom="page">
                  <wp:posOffset>2807208</wp:posOffset>
                </wp:positionV>
                <wp:extent cx="2753401" cy="2615184"/>
                <wp:effectExtent l="0" t="0" r="0" b="0"/>
                <wp:wrapNone/>
                <wp:docPr id="886" name="Text 8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401" cy="2615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18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111111"/>
                                <w:sz w:val="274"/>
                                <w:szCs w:val="274"/>
                              </w:rPr>
                              <w:t xml:space="preserve">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1562838</wp:posOffset>
                </wp:positionH>
                <wp:positionV relativeFrom="page">
                  <wp:posOffset>6135624</wp:posOffset>
                </wp:positionV>
                <wp:extent cx="1080563" cy="219456"/>
                <wp:effectExtent l="0" t="0" r="0" b="0"/>
                <wp:wrapNone/>
                <wp:docPr id="887" name="Text 8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563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1E5A"/>
                                <w:spacing w:val="86"/>
                                <w:sz w:val="29"/>
                                <w:szCs w:val="29"/>
                              </w:rPr>
                              <w:t xml:space="preserve">DAYS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3835379</wp:posOffset>
                </wp:positionH>
                <wp:positionV relativeFrom="page">
                  <wp:posOffset>2807208</wp:posOffset>
                </wp:positionV>
                <wp:extent cx="2753401" cy="2615184"/>
                <wp:effectExtent l="0" t="0" r="0" b="0"/>
                <wp:wrapNone/>
                <wp:docPr id="888" name="Text 8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401" cy="2615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18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111111"/>
                                <w:sz w:val="274"/>
                                <w:szCs w:val="274"/>
                              </w:rPr>
                              <w:t xml:space="preserve"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4589287</wp:posOffset>
                </wp:positionH>
                <wp:positionV relativeFrom="page">
                  <wp:posOffset>6135624</wp:posOffset>
                </wp:positionV>
                <wp:extent cx="1245584" cy="219456"/>
                <wp:effectExtent l="0" t="0" r="0" b="0"/>
                <wp:wrapNone/>
                <wp:docPr id="889" name="Text 8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58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1E5A"/>
                                <w:spacing w:val="86"/>
                                <w:sz w:val="29"/>
                                <w:szCs w:val="29"/>
                              </w:rPr>
                              <w:t xml:space="preserve">HOURS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1009083</wp:posOffset>
                </wp:positionH>
                <wp:positionV relativeFrom="page">
                  <wp:posOffset>7306056</wp:posOffset>
                </wp:positionV>
                <wp:extent cx="5297033" cy="246887"/>
                <wp:effectExtent l="0" t="0" r="0" b="0"/>
                <wp:wrapNone/>
                <wp:docPr id="890" name="Text 8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7033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F1E5A"/>
                                <w:sz w:val="32"/>
                                <w:szCs w:val="32"/>
                              </w:rPr>
                              <w:t xml:space="preserve">Study smart. Sleep well. You’ve got this.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countdown — Entrance Test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