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89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89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612647</wp:posOffset>
                </wp:positionV>
                <wp:extent cx="1999278" cy="146304"/>
                <wp:effectExtent l="0" t="0" r="0" b="0"/>
                <wp:wrapNone/>
                <wp:docPr id="892" name="Text 8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927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C03E28"/>
                                <w:spacing w:val="60"/>
                                <w:sz w:val="20"/>
                                <w:szCs w:val="20"/>
                              </w:rPr>
                              <w:t xml:space="preserve">FORMULA SHEET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932688</wp:posOffset>
                </wp:positionV>
                <wp:extent cx="6775704" cy="548640"/>
                <wp:effectExtent l="0" t="0" r="0" b="0"/>
                <wp:wrapNone/>
                <wp:docPr id="893" name="Text 8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6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6181A"/>
                                <w:spacing w:val="60"/>
                                <w:sz w:val="78"/>
                                <w:szCs w:val="78"/>
                              </w:rPr>
                              <w:t xml:space="preserve">Trigonometry Identities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2057400</wp:posOffset>
                </wp:positionV>
                <wp:extent cx="2362538" cy="283464"/>
                <wp:effectExtent l="0" t="0" r="0" b="0"/>
                <wp:wrapNone/>
                <wp:docPr id="894" name="Text 8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538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6181A"/>
                                <w:sz w:val="40"/>
                                <w:szCs w:val="40"/>
                              </w:rPr>
                              <w:t xml:space="preserve">sin²θ + cos²θ =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5326865</wp:posOffset>
                </wp:positionH>
                <wp:positionV relativeFrom="page">
                  <wp:posOffset>2157984</wp:posOffset>
                </wp:positionV>
                <wp:extent cx="1302534" cy="137160"/>
                <wp:effectExtent l="0" t="0" r="0" b="0"/>
                <wp:wrapNone/>
                <wp:docPr id="895" name="Text 8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253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14"/>
                                <w:sz w:val="19"/>
                                <w:szCs w:val="19"/>
                              </w:rPr>
                              <w:t xml:space="preserve">PYTHAGOREAN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2926079</wp:posOffset>
                </wp:positionV>
                <wp:extent cx="2398942" cy="283464"/>
                <wp:effectExtent l="0" t="0" r="0" b="0"/>
                <wp:wrapNone/>
                <wp:docPr id="896" name="Text 8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8942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6181A"/>
                                <w:sz w:val="40"/>
                                <w:szCs w:val="40"/>
                              </w:rPr>
                              <w:t xml:space="preserve">1 + tan²θ = sec²θ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5326865</wp:posOffset>
                </wp:positionH>
                <wp:positionV relativeFrom="page">
                  <wp:posOffset>3026664</wp:posOffset>
                </wp:positionV>
                <wp:extent cx="1302534" cy="137160"/>
                <wp:effectExtent l="0" t="0" r="0" b="0"/>
                <wp:wrapNone/>
                <wp:docPr id="897" name="Text 8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253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14"/>
                                <w:sz w:val="19"/>
                                <w:szCs w:val="19"/>
                              </w:rPr>
                              <w:t xml:space="preserve">PYTHAGOREAN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3794760</wp:posOffset>
                </wp:positionV>
                <wp:extent cx="2675877" cy="283464"/>
                <wp:effectExtent l="0" t="0" r="0" b="0"/>
                <wp:wrapNone/>
                <wp:docPr id="898" name="Text 8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5877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6181A"/>
                                <w:sz w:val="40"/>
                                <w:szCs w:val="40"/>
                              </w:rPr>
                              <w:t xml:space="preserve">1 + cot²θ = cosec²θ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5326865</wp:posOffset>
                </wp:positionH>
                <wp:positionV relativeFrom="page">
                  <wp:posOffset>3895343</wp:posOffset>
                </wp:positionV>
                <wp:extent cx="1302534" cy="137160"/>
                <wp:effectExtent l="0" t="0" r="0" b="0"/>
                <wp:wrapNone/>
                <wp:docPr id="899" name="Text 8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253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14"/>
                                <w:sz w:val="19"/>
                                <w:szCs w:val="19"/>
                              </w:rPr>
                              <w:t xml:space="preserve">PYTHAGOREAN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4663440</wp:posOffset>
                </wp:positionV>
                <wp:extent cx="2803664" cy="283464"/>
                <wp:effectExtent l="0" t="0" r="0" b="0"/>
                <wp:wrapNone/>
                <wp:docPr id="900" name="Text 9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3664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6181A"/>
                                <w:sz w:val="40"/>
                                <w:szCs w:val="40"/>
                              </w:rPr>
                              <w:t xml:space="preserve">sin 2θ = 2 sinθ cosθ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5245855</wp:posOffset>
                </wp:positionH>
                <wp:positionV relativeFrom="page">
                  <wp:posOffset>4764024</wp:posOffset>
                </wp:positionV>
                <wp:extent cx="1383544" cy="137160"/>
                <wp:effectExtent l="0" t="0" r="0" b="0"/>
                <wp:wrapNone/>
                <wp:docPr id="901" name="Text 9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54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14"/>
                                <w:sz w:val="19"/>
                                <w:szCs w:val="19"/>
                              </w:rPr>
                              <w:t xml:space="preserve">DOUBLE ANGLE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5532120</wp:posOffset>
                </wp:positionV>
                <wp:extent cx="3063139" cy="283464"/>
                <wp:effectExtent l="0" t="0" r="0" b="0"/>
                <wp:wrapNone/>
                <wp:docPr id="902" name="Text 9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3139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6181A"/>
                                <w:sz w:val="40"/>
                                <w:szCs w:val="40"/>
                              </w:rPr>
                              <w:t xml:space="preserve">cos 2θ = cos²θ − sin²θ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5245855</wp:posOffset>
                </wp:positionH>
                <wp:positionV relativeFrom="page">
                  <wp:posOffset>5632704</wp:posOffset>
                </wp:positionV>
                <wp:extent cx="1383544" cy="137160"/>
                <wp:effectExtent l="0" t="0" r="0" b="0"/>
                <wp:wrapNone/>
                <wp:docPr id="903" name="Text 9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54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14"/>
                                <w:sz w:val="19"/>
                                <w:szCs w:val="19"/>
                              </w:rPr>
                              <w:t xml:space="preserve">DOUBLE ANGLE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6400800</wp:posOffset>
                </wp:positionV>
                <wp:extent cx="3869426" cy="283464"/>
                <wp:effectExtent l="0" t="0" r="0" b="0"/>
                <wp:wrapNone/>
                <wp:docPr id="904" name="Text 9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9426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6181A"/>
                                <w:sz w:val="40"/>
                                <w:szCs w:val="40"/>
                              </w:rPr>
                              <w:t xml:space="preserve">tan 2θ = 2tanθ / (1 − tan²θ)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5245855</wp:posOffset>
                </wp:positionH>
                <wp:positionV relativeFrom="page">
                  <wp:posOffset>6501383</wp:posOffset>
                </wp:positionV>
                <wp:extent cx="1383544" cy="137160"/>
                <wp:effectExtent l="0" t="0" r="0" b="0"/>
                <wp:wrapNone/>
                <wp:docPr id="905" name="Text 9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54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14"/>
                                <w:sz w:val="19"/>
                                <w:szCs w:val="19"/>
                              </w:rPr>
                              <w:t xml:space="preserve">DOUBLE ANGLE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7315200</wp:posOffset>
                </wp:positionV>
                <wp:extent cx="4083424" cy="228600"/>
                <wp:effectExtent l="0" t="0" r="0" b="0"/>
                <wp:wrapNone/>
                <wp:docPr id="906" name="Text 9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342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6181A"/>
                                <w:sz w:val="33"/>
                                <w:szCs w:val="33"/>
                              </w:rPr>
                              <w:t xml:space="preserve">sin(A ± B) = sinA cosB ± cosA sinB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4898097</wp:posOffset>
                </wp:positionH>
                <wp:positionV relativeFrom="page">
                  <wp:posOffset>7370063</wp:posOffset>
                </wp:positionV>
                <wp:extent cx="1731302" cy="137160"/>
                <wp:effectExtent l="0" t="0" r="0" b="0"/>
                <wp:wrapNone/>
                <wp:docPr id="907" name="Text 9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302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14"/>
                                <w:sz w:val="19"/>
                                <w:szCs w:val="19"/>
                              </w:rPr>
                              <w:t xml:space="preserve">SUM &amp; DIFFERENCE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795528</wp:posOffset>
                </wp:positionH>
                <wp:positionV relativeFrom="page">
                  <wp:posOffset>8183880</wp:posOffset>
                </wp:positionV>
                <wp:extent cx="4189295" cy="228600"/>
                <wp:effectExtent l="0" t="0" r="0" b="0"/>
                <wp:wrapNone/>
                <wp:docPr id="908" name="Text 9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929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6181A"/>
                                <w:sz w:val="33"/>
                                <w:szCs w:val="33"/>
                              </w:rPr>
                              <w:t xml:space="preserve">cos(A ± B) = cosA cosB ∓ sinA sinB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4898097</wp:posOffset>
                </wp:positionH>
                <wp:positionV relativeFrom="page">
                  <wp:posOffset>8238744</wp:posOffset>
                </wp:positionV>
                <wp:extent cx="1731302" cy="137160"/>
                <wp:effectExtent l="0" t="0" r="0" b="0"/>
                <wp:wrapNone/>
                <wp:docPr id="909" name="Text 9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302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pacing w:val="14"/>
                                <w:sz w:val="19"/>
                                <w:szCs w:val="19"/>
                              </w:rPr>
                              <w:t xml:space="preserve">SUM &amp; DIFFERENCE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8805672</wp:posOffset>
                </wp:positionV>
                <wp:extent cx="3580318" cy="137160"/>
                <wp:effectExtent l="0" t="0" r="0" b="0"/>
                <wp:wrapNone/>
                <wp:docPr id="910" name="Text 9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0318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F6B62"/>
                                <w:sz w:val="19"/>
                                <w:szCs w:val="19"/>
                              </w:rPr>
                              <w:t xml:space="preserve">Check with your textbook before exams.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 sheet — Trigonometry Identities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