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91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91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612647</wp:posOffset>
                </wp:positionV>
                <wp:extent cx="1999278" cy="146304"/>
                <wp:effectExtent l="0" t="0" r="0" b="0"/>
                <wp:wrapNone/>
                <wp:docPr id="912" name="Text 9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9278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D23F"/>
                                <w:spacing w:val="60"/>
                                <w:sz w:val="20"/>
                                <w:szCs w:val="20"/>
                              </w:rPr>
                              <w:t xml:space="preserve">FORMULA SHEET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950976</wp:posOffset>
                </wp:positionV>
                <wp:extent cx="6775704" cy="521208"/>
                <wp:effectExtent l="0" t="0" r="0" b="0"/>
                <wp:wrapNone/>
                <wp:docPr id="913" name="Text 9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5704" cy="5212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2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2EA"/>
                                <w:spacing w:val="34"/>
                                <w:sz w:val="74"/>
                                <w:szCs w:val="74"/>
                              </w:rPr>
                              <w:t xml:space="preserve">Physics: Motion &amp; Energy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649224</wp:posOffset>
                </wp:positionH>
                <wp:positionV relativeFrom="page">
                  <wp:posOffset>2048256</wp:posOffset>
                </wp:positionV>
                <wp:extent cx="1469126" cy="137160"/>
                <wp:effectExtent l="0" t="0" r="0" b="0"/>
                <wp:wrapNone/>
                <wp:docPr id="914" name="Text 9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9126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26"/>
                                <w:sz w:val="19"/>
                                <w:szCs w:val="19"/>
                              </w:rPr>
                              <w:t xml:space="preserve">1ST EQUATION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1410133</wp:posOffset>
                </wp:positionH>
                <wp:positionV relativeFrom="page">
                  <wp:posOffset>2651760</wp:posOffset>
                </wp:positionV>
                <wp:extent cx="1279276" cy="228600"/>
                <wp:effectExtent l="0" t="0" r="0" b="0"/>
                <wp:wrapNone/>
                <wp:docPr id="915" name="Text 9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9276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z w:val="33"/>
                                <w:szCs w:val="33"/>
                              </w:rPr>
                              <w:t xml:space="preserve">v = u + 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3867912</wp:posOffset>
                </wp:positionH>
                <wp:positionV relativeFrom="page">
                  <wp:posOffset>2048256</wp:posOffset>
                </wp:positionV>
                <wp:extent cx="1469126" cy="137160"/>
                <wp:effectExtent l="0" t="0" r="0" b="0"/>
                <wp:wrapNone/>
                <wp:docPr id="916" name="Text 9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9126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26"/>
                                <w:sz w:val="19"/>
                                <w:szCs w:val="19"/>
                              </w:rPr>
                              <w:t xml:space="preserve">2ND EQUATION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4495090</wp:posOffset>
                </wp:positionH>
                <wp:positionV relativeFrom="page">
                  <wp:posOffset>2651760</wp:posOffset>
                </wp:positionV>
                <wp:extent cx="1544626" cy="228600"/>
                <wp:effectExtent l="0" t="0" r="0" b="0"/>
                <wp:wrapNone/>
                <wp:docPr id="917" name="Text 9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4626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z w:val="33"/>
                                <w:szCs w:val="33"/>
                              </w:rPr>
                              <w:t xml:space="preserve">s = ut + ½at²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649224</wp:posOffset>
                </wp:positionH>
                <wp:positionV relativeFrom="page">
                  <wp:posOffset>3785616</wp:posOffset>
                </wp:positionV>
                <wp:extent cx="1469126" cy="137160"/>
                <wp:effectExtent l="0" t="0" r="0" b="0"/>
                <wp:wrapNone/>
                <wp:docPr id="918" name="Text 9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9126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26"/>
                                <w:sz w:val="19"/>
                                <w:szCs w:val="19"/>
                              </w:rPr>
                              <w:t xml:space="preserve">3RD EQUATION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1288618</wp:posOffset>
                </wp:positionH>
                <wp:positionV relativeFrom="page">
                  <wp:posOffset>4389120</wp:posOffset>
                </wp:positionV>
                <wp:extent cx="1519681" cy="228600"/>
                <wp:effectExtent l="0" t="0" r="0" b="0"/>
                <wp:wrapNone/>
                <wp:docPr id="919" name="Text 9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9681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z w:val="33"/>
                                <w:szCs w:val="33"/>
                              </w:rPr>
                              <w:t xml:space="preserve">v² = u² + 2as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3867912</wp:posOffset>
                </wp:positionH>
                <wp:positionV relativeFrom="page">
                  <wp:posOffset>3785616</wp:posOffset>
                </wp:positionV>
                <wp:extent cx="1879706" cy="137160"/>
                <wp:effectExtent l="0" t="0" r="0" b="0"/>
                <wp:wrapNone/>
                <wp:docPr id="920" name="Text 9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706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26"/>
                                <w:sz w:val="19"/>
                                <w:szCs w:val="19"/>
                              </w:rPr>
                              <w:t xml:space="preserve">NEWTON’S 2ND LAW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4739478</wp:posOffset>
                </wp:positionH>
                <wp:positionV relativeFrom="page">
                  <wp:posOffset>4389120</wp:posOffset>
                </wp:positionV>
                <wp:extent cx="1059432" cy="228600"/>
                <wp:effectExtent l="0" t="0" r="0" b="0"/>
                <wp:wrapNone/>
                <wp:docPr id="921" name="Text 9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43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z w:val="33"/>
                                <w:szCs w:val="33"/>
                              </w:rPr>
                              <w:t xml:space="preserve">F = ma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649224</wp:posOffset>
                </wp:positionH>
                <wp:positionV relativeFrom="page">
                  <wp:posOffset>5522976</wp:posOffset>
                </wp:positionV>
                <wp:extent cx="1116368" cy="137160"/>
                <wp:effectExtent l="0" t="0" r="0" b="0"/>
                <wp:wrapNone/>
                <wp:docPr id="922" name="Text 9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368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25"/>
                                <w:sz w:val="19"/>
                                <w:szCs w:val="19"/>
                              </w:rPr>
                              <w:t xml:space="preserve">MOMENTUM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1522647</wp:posOffset>
                </wp:positionH>
                <wp:positionV relativeFrom="page">
                  <wp:posOffset>6126480</wp:posOffset>
                </wp:positionV>
                <wp:extent cx="1055735" cy="228600"/>
                <wp:effectExtent l="0" t="0" r="0" b="0"/>
                <wp:wrapNone/>
                <wp:docPr id="923" name="Text 9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573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z w:val="33"/>
                                <w:szCs w:val="33"/>
                              </w:rPr>
                              <w:t xml:space="preserve">p = mv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3867912</wp:posOffset>
                </wp:positionH>
                <wp:positionV relativeFrom="page">
                  <wp:posOffset>5522976</wp:posOffset>
                </wp:positionV>
                <wp:extent cx="763466" cy="137160"/>
                <wp:effectExtent l="0" t="0" r="0" b="0"/>
                <wp:wrapNone/>
                <wp:docPr id="924" name="Text 9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466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25"/>
                                <w:sz w:val="19"/>
                                <w:szCs w:val="19"/>
                              </w:rPr>
                              <w:t xml:space="preserve">WORK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4510235</wp:posOffset>
                </wp:positionH>
                <wp:positionV relativeFrom="page">
                  <wp:posOffset>6126480</wp:posOffset>
                </wp:positionV>
                <wp:extent cx="1513417" cy="228600"/>
                <wp:effectExtent l="0" t="0" r="0" b="0"/>
                <wp:wrapNone/>
                <wp:docPr id="925" name="Text 9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417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z w:val="33"/>
                                <w:szCs w:val="33"/>
                              </w:rPr>
                              <w:t xml:space="preserve">W = Fs cosθ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649224</wp:posOffset>
                </wp:positionH>
                <wp:positionV relativeFrom="page">
                  <wp:posOffset>7260335</wp:posOffset>
                </wp:positionV>
                <wp:extent cx="1650320" cy="137160"/>
                <wp:effectExtent l="0" t="0" r="0" b="0"/>
                <wp:wrapNone/>
                <wp:docPr id="926" name="Text 9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032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26"/>
                                <w:sz w:val="19"/>
                                <w:szCs w:val="19"/>
                              </w:rPr>
                              <w:t xml:space="preserve">KINETIC ENERGY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1318764</wp:posOffset>
                </wp:positionH>
                <wp:positionV relativeFrom="page">
                  <wp:posOffset>7863839</wp:posOffset>
                </wp:positionV>
                <wp:extent cx="1459803" cy="228600"/>
                <wp:effectExtent l="0" t="0" r="0" b="0"/>
                <wp:wrapNone/>
                <wp:docPr id="927" name="Text 9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9803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z w:val="33"/>
                                <w:szCs w:val="33"/>
                              </w:rPr>
                              <w:t xml:space="preserve">KE = ½mv²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3867912</wp:posOffset>
                </wp:positionH>
                <wp:positionV relativeFrom="page">
                  <wp:posOffset>7260335</wp:posOffset>
                </wp:positionV>
                <wp:extent cx="1879706" cy="137160"/>
                <wp:effectExtent l="0" t="0" r="0" b="0"/>
                <wp:wrapNone/>
                <wp:docPr id="928" name="Text 9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706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26"/>
                                <w:sz w:val="19"/>
                                <w:szCs w:val="19"/>
                              </w:rPr>
                              <w:t xml:space="preserve">POTENTIAL ENERGY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4606961</wp:posOffset>
                </wp:positionH>
                <wp:positionV relativeFrom="page">
                  <wp:posOffset>7863839</wp:posOffset>
                </wp:positionV>
                <wp:extent cx="1321813" cy="228600"/>
                <wp:effectExtent l="0" t="0" r="0" b="0"/>
                <wp:wrapNone/>
                <wp:docPr id="929" name="Text 9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1813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z w:val="33"/>
                                <w:szCs w:val="33"/>
                              </w:rPr>
                              <w:t xml:space="preserve">PE = mgh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8805672</wp:posOffset>
                </wp:positionV>
                <wp:extent cx="3580318" cy="137160"/>
                <wp:effectExtent l="0" t="0" r="0" b="0"/>
                <wp:wrapNone/>
                <wp:docPr id="930" name="Text 9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0318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A9B3F1"/>
                                <w:sz w:val="19"/>
                                <w:szCs w:val="19"/>
                              </w:rPr>
                              <w:t xml:space="preserve">Check with your textbook before exams.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 sheet — Physics: Motion &amp; Energy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