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93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93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612647</wp:posOffset>
                </wp:positionV>
                <wp:extent cx="1999278" cy="146304"/>
                <wp:effectExtent l="0" t="0" r="0" b="0"/>
                <wp:wrapNone/>
                <wp:docPr id="932" name="Text 9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927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87650"/>
                                <w:spacing w:val="60"/>
                                <w:sz w:val="20"/>
                                <w:szCs w:val="20"/>
                              </w:rPr>
                              <w:t xml:space="preserve">FORMULA SHEET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896112</wp:posOffset>
                </wp:positionV>
                <wp:extent cx="6396868" cy="594360"/>
                <wp:effectExtent l="0" t="0" r="0" b="0"/>
                <wp:wrapNone/>
                <wp:docPr id="933" name="Text 9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6868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36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D2B22"/>
                                <w:spacing w:val="27"/>
                                <w:sz w:val="78"/>
                                <w:szCs w:val="78"/>
                              </w:rPr>
                              <w:t xml:space="preserve">Algebra Essentials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795528</wp:posOffset>
                </wp:positionH>
                <wp:positionV relativeFrom="page">
                  <wp:posOffset>2057400</wp:posOffset>
                </wp:positionV>
                <wp:extent cx="3252406" cy="283464"/>
                <wp:effectExtent l="0" t="0" r="0" b="0"/>
                <wp:wrapNone/>
                <wp:docPr id="934" name="Text 9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2406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0D2B22"/>
                                <w:sz w:val="40"/>
                                <w:szCs w:val="40"/>
                              </w:rPr>
                              <w:t xml:space="preserve">(a + b)² = a² + 2ab + b²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5732345</wp:posOffset>
                </wp:positionH>
                <wp:positionV relativeFrom="page">
                  <wp:posOffset>2157984</wp:posOffset>
                </wp:positionV>
                <wp:extent cx="897054" cy="137160"/>
                <wp:effectExtent l="0" t="0" r="0" b="0"/>
                <wp:wrapNone/>
                <wp:docPr id="935" name="Text 9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7054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C6B5F"/>
                                <w:spacing w:val="14"/>
                                <w:sz w:val="19"/>
                                <w:szCs w:val="19"/>
                              </w:rPr>
                              <w:t xml:space="preserve">SQUARE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795528</wp:posOffset>
                </wp:positionH>
                <wp:positionV relativeFrom="page">
                  <wp:posOffset>2926079</wp:posOffset>
                </wp:positionV>
                <wp:extent cx="3252406" cy="283464"/>
                <wp:effectExtent l="0" t="0" r="0" b="0"/>
                <wp:wrapNone/>
                <wp:docPr id="936" name="Text 9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2406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0D2B22"/>
                                <w:sz w:val="40"/>
                                <w:szCs w:val="40"/>
                              </w:rPr>
                              <w:t xml:space="preserve">(a − b)² = a² − 2ab + b²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5732345</wp:posOffset>
                </wp:positionH>
                <wp:positionV relativeFrom="page">
                  <wp:posOffset>3026664</wp:posOffset>
                </wp:positionV>
                <wp:extent cx="897054" cy="137160"/>
                <wp:effectExtent l="0" t="0" r="0" b="0"/>
                <wp:wrapNone/>
                <wp:docPr id="937" name="Text 9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7054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C6B5F"/>
                                <w:spacing w:val="14"/>
                                <w:sz w:val="19"/>
                                <w:szCs w:val="19"/>
                              </w:rPr>
                              <w:t xml:space="preserve">SQUARE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795528</wp:posOffset>
                </wp:positionH>
                <wp:positionV relativeFrom="page">
                  <wp:posOffset>3794760</wp:posOffset>
                </wp:positionV>
                <wp:extent cx="3207829" cy="283464"/>
                <wp:effectExtent l="0" t="0" r="0" b="0"/>
                <wp:wrapNone/>
                <wp:docPr id="938" name="Text 9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7829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0D2B22"/>
                                <w:sz w:val="40"/>
                                <w:szCs w:val="40"/>
                              </w:rPr>
                              <w:t xml:space="preserve">a² − b² = (a + b)(a − b)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4371160</wp:posOffset>
                </wp:positionH>
                <wp:positionV relativeFrom="page">
                  <wp:posOffset>3895343</wp:posOffset>
                </wp:positionV>
                <wp:extent cx="2258239" cy="137160"/>
                <wp:effectExtent l="0" t="0" r="0" b="0"/>
                <wp:wrapNone/>
                <wp:docPr id="939" name="Text 9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8239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C6B5F"/>
                                <w:spacing w:val="14"/>
                                <w:sz w:val="19"/>
                                <w:szCs w:val="19"/>
                              </w:rPr>
                              <w:t xml:space="preserve">DIFFERENCE OF SQUARES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795528</wp:posOffset>
                </wp:positionH>
                <wp:positionV relativeFrom="page">
                  <wp:posOffset>4709160</wp:posOffset>
                </wp:positionV>
                <wp:extent cx="3556330" cy="228600"/>
                <wp:effectExtent l="0" t="0" r="0" b="0"/>
                <wp:wrapNone/>
                <wp:docPr id="940" name="Text 9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33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0D2B22"/>
                                <w:sz w:val="33"/>
                                <w:szCs w:val="33"/>
                              </w:rPr>
                              <w:t xml:space="preserve">(a + b)³ = a³ + 3a²b + 3ab² + b³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5894508</wp:posOffset>
                </wp:positionH>
                <wp:positionV relativeFrom="page">
                  <wp:posOffset>4764024</wp:posOffset>
                </wp:positionV>
                <wp:extent cx="734891" cy="137160"/>
                <wp:effectExtent l="0" t="0" r="0" b="0"/>
                <wp:wrapNone/>
                <wp:docPr id="941" name="Text 9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891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C6B5F"/>
                                <w:spacing w:val="14"/>
                                <w:sz w:val="19"/>
                                <w:szCs w:val="19"/>
                              </w:rPr>
                              <w:t xml:space="preserve">CUBE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795528</wp:posOffset>
                </wp:positionH>
                <wp:positionV relativeFrom="page">
                  <wp:posOffset>5532120</wp:posOffset>
                </wp:positionV>
                <wp:extent cx="3671801" cy="283464"/>
                <wp:effectExtent l="0" t="0" r="0" b="0"/>
                <wp:wrapNone/>
                <wp:docPr id="942" name="Text 9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1801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0D2B22"/>
                                <w:sz w:val="40"/>
                                <w:szCs w:val="40"/>
                              </w:rPr>
                              <w:t xml:space="preserve">x = (−b ± √(b² − 4ac)) / 2a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4792784</wp:posOffset>
                </wp:positionH>
                <wp:positionV relativeFrom="page">
                  <wp:posOffset>5632704</wp:posOffset>
                </wp:positionV>
                <wp:extent cx="1836615" cy="137160"/>
                <wp:effectExtent l="0" t="0" r="0" b="0"/>
                <wp:wrapNone/>
                <wp:docPr id="943" name="Text 9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615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C6B5F"/>
                                <w:spacing w:val="14"/>
                                <w:sz w:val="19"/>
                                <w:szCs w:val="19"/>
                              </w:rPr>
                              <w:t xml:space="preserve">QUADRATIC FORMULA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795528</wp:posOffset>
                </wp:positionH>
                <wp:positionV relativeFrom="page">
                  <wp:posOffset>6400800</wp:posOffset>
                </wp:positionV>
                <wp:extent cx="3310170" cy="283464"/>
                <wp:effectExtent l="0" t="0" r="0" b="0"/>
                <wp:wrapNone/>
                <wp:docPr id="944" name="Text 9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0170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0D2B22"/>
                                <w:sz w:val="40"/>
                                <w:szCs w:val="40"/>
                              </w:rPr>
                              <w:t xml:space="preserve">Sₙ = n/2 [2a + (n − 1)d]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5732345</wp:posOffset>
                </wp:positionH>
                <wp:positionV relativeFrom="page">
                  <wp:posOffset>6501383</wp:posOffset>
                </wp:positionV>
                <wp:extent cx="897054" cy="137160"/>
                <wp:effectExtent l="0" t="0" r="0" b="0"/>
                <wp:wrapNone/>
                <wp:docPr id="945" name="Text 9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7054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C6B5F"/>
                                <w:spacing w:val="14"/>
                                <w:sz w:val="19"/>
                                <w:szCs w:val="19"/>
                              </w:rPr>
                              <w:t xml:space="preserve">AP 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795528</wp:posOffset>
                </wp:positionH>
                <wp:positionV relativeFrom="page">
                  <wp:posOffset>7269480</wp:posOffset>
                </wp:positionV>
                <wp:extent cx="2381204" cy="283464"/>
                <wp:effectExtent l="0" t="0" r="0" b="0"/>
                <wp:wrapNone/>
                <wp:docPr id="946" name="Text 9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04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0D2B22"/>
                                <w:sz w:val="40"/>
                                <w:szCs w:val="40"/>
                              </w:rPr>
                              <w:t xml:space="preserve">aₙ = a + (n − 1)d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5326865</wp:posOffset>
                </wp:positionH>
                <wp:positionV relativeFrom="page">
                  <wp:posOffset>7370063</wp:posOffset>
                </wp:positionV>
                <wp:extent cx="1302534" cy="137160"/>
                <wp:effectExtent l="0" t="0" r="0" b="0"/>
                <wp:wrapNone/>
                <wp:docPr id="947" name="Text 9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2534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C6B5F"/>
                                <w:spacing w:val="14"/>
                                <w:sz w:val="19"/>
                                <w:szCs w:val="19"/>
                              </w:rPr>
                              <w:t xml:space="preserve">AP NTH TERM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795528</wp:posOffset>
                </wp:positionH>
                <wp:positionV relativeFrom="page">
                  <wp:posOffset>8138159</wp:posOffset>
                </wp:positionV>
                <wp:extent cx="2910463" cy="283464"/>
                <wp:effectExtent l="0" t="0" r="0" b="0"/>
                <wp:wrapNone/>
                <wp:docPr id="948" name="Text 9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0463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0D2B22"/>
                                <w:sz w:val="40"/>
                                <w:szCs w:val="40"/>
                              </w:rPr>
                              <w:t xml:space="preserve">Sₙ = a(rⁿ − 1)/(r − 1)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5164702</wp:posOffset>
                </wp:positionH>
                <wp:positionV relativeFrom="page">
                  <wp:posOffset>8238744</wp:posOffset>
                </wp:positionV>
                <wp:extent cx="1464697" cy="137160"/>
                <wp:effectExtent l="0" t="0" r="0" b="0"/>
                <wp:wrapNone/>
                <wp:docPr id="949" name="Text 9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469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C6B5F"/>
                                <w:spacing w:val="14"/>
                                <w:sz w:val="19"/>
                                <w:szCs w:val="19"/>
                              </w:rPr>
                              <w:t xml:space="preserve">GP SUM, R ≠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8805672</wp:posOffset>
                </wp:positionV>
                <wp:extent cx="3580318" cy="137160"/>
                <wp:effectExtent l="0" t="0" r="0" b="0"/>
                <wp:wrapNone/>
                <wp:docPr id="950" name="Text 9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0318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C6B5F"/>
                                <w:sz w:val="19"/>
                                <w:szCs w:val="19"/>
                              </w:rPr>
                              <w:t xml:space="preserve">Check with your textbook before exams.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 sheet — Algebra Essentials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