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95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95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502920</wp:posOffset>
                </wp:positionV>
                <wp:extent cx="5148133" cy="731519"/>
                <wp:effectExtent l="0" t="0" r="0" b="0"/>
                <wp:wrapNone/>
                <wp:docPr id="952" name="Text 9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8133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5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AF2F8"/>
                                <w:spacing w:val="-28"/>
                                <w:sz w:val="104"/>
                                <w:szCs w:val="104"/>
                              </w:rPr>
                              <w:t xml:space="preserve">Riya Sharma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1325880</wp:posOffset>
                </wp:positionV>
                <wp:extent cx="2932823" cy="228600"/>
                <wp:effectExtent l="0" t="0" r="0" b="0"/>
                <wp:wrapNone/>
                <wp:docPr id="953" name="Text 9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82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F7FD8"/>
                                <w:sz w:val="32"/>
                                <w:szCs w:val="32"/>
                              </w:rPr>
                              <w:t xml:space="preserve">Fresher — B.Com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5328151</wp:posOffset>
                </wp:positionH>
                <wp:positionV relativeFrom="page">
                  <wp:posOffset>713232</wp:posOffset>
                </wp:positionV>
                <wp:extent cx="1485668" cy="795528"/>
                <wp:effectExtent l="0" t="0" r="0" b="0"/>
                <wp:wrapNone/>
                <wp:docPr id="954" name="Text 9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668" cy="795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AF2F8"/>
                                <w:sz w:val="19"/>
                                <w:szCs w:val="19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AF2F8"/>
                                <w:sz w:val="19"/>
                                <w:szCs w:val="19"/>
                              </w:rPr>
                              <w:t xml:space="preserve">riya@email.com</w:t>
                            </w:r>
                          </w:p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AF2F8"/>
                                <w:sz w:val="19"/>
                                <w:szCs w:val="19"/>
                              </w:rPr>
                              <w:t xml:space="preserve">City, India</w:t>
                            </w:r>
                          </w:p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AF2F8"/>
                                <w:sz w:val="19"/>
                                <w:szCs w:val="19"/>
                              </w:rPr>
                              <w:t xml:space="preserve">portfolio.link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2551176</wp:posOffset>
                </wp:positionV>
                <wp:extent cx="1023899" cy="128016"/>
                <wp:effectExtent l="0" t="0" r="0" b="0"/>
                <wp:wrapNone/>
                <wp:docPr id="955" name="Text 9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89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34"/>
                                <w:sz w:val="17"/>
                                <w:szCs w:val="17"/>
                              </w:rPr>
                              <w:t xml:space="preserve">PROFILE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2779776</wp:posOffset>
                </wp:positionV>
                <wp:extent cx="6064900" cy="429767"/>
                <wp:effectExtent l="0" t="0" r="0" b="0"/>
                <wp:wrapNone/>
                <wp:docPr id="956" name="Text 9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900" cy="429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6"/>
                                <w:szCs w:val="26"/>
                              </w:rPr>
                              <w:t xml:space="preserve">Organised, numbers-minded graduate looking for an entry-level</w:t>
                            </w:r>
                          </w:p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6"/>
                                <w:szCs w:val="26"/>
                              </w:rPr>
                              <w:t xml:space="preserve">accounts role.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3739895</wp:posOffset>
                </wp:positionV>
                <wp:extent cx="1287932" cy="128016"/>
                <wp:effectExtent l="0" t="0" r="0" b="0"/>
                <wp:wrapNone/>
                <wp:docPr id="957" name="Text 9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93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34"/>
                                <w:sz w:val="17"/>
                                <w:szCs w:val="17"/>
                              </w:rPr>
                              <w:t xml:space="preserve">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4059936</wp:posOffset>
                </wp:positionV>
                <wp:extent cx="1687253" cy="182879"/>
                <wp:effectExtent l="0" t="0" r="0" b="0"/>
                <wp:wrapNone/>
                <wp:docPr id="958" name="Text 9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25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6"/>
                                <w:szCs w:val="26"/>
                              </w:rPr>
                              <w:t xml:space="preserve">Accounts Intern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5614473</wp:posOffset>
                </wp:positionH>
                <wp:positionV relativeFrom="page">
                  <wp:posOffset>4096512</wp:posOffset>
                </wp:positionV>
                <wp:extent cx="1197806" cy="137160"/>
                <wp:effectExtent l="0" t="0" r="0" b="0"/>
                <wp:wrapNone/>
                <wp:docPr id="959" name="Text 9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780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z w:val="19"/>
                                <w:szCs w:val="19"/>
                              </w:rPr>
                              <w:t xml:space="preserve">Summer 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4288536</wp:posOffset>
                </wp:positionV>
                <wp:extent cx="1255815" cy="146304"/>
                <wp:effectExtent l="0" t="0" r="0" b="0"/>
                <wp:wrapNone/>
                <wp:docPr id="960" name="Text 9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81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A6975"/>
                                <w:sz w:val="20"/>
                                <w:szCs w:val="20"/>
                              </w:rPr>
                              <w:t xml:space="preserve">CA firm, Jaipur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4517136</wp:posOffset>
                </wp:positionV>
                <wp:extent cx="3395138" cy="137160"/>
                <wp:effectExtent l="0" t="0" r="0" b="0"/>
                <wp:wrapNone/>
                <wp:docPr id="961" name="Text 9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513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19"/>
                                <w:szCs w:val="19"/>
                              </w:rPr>
                              <w:t xml:space="preserve">— Led projects end to end and mentored juniors.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4846320</wp:posOffset>
                </wp:positionV>
                <wp:extent cx="1174661" cy="182879"/>
                <wp:effectExtent l="0" t="0" r="0" b="0"/>
                <wp:wrapNone/>
                <wp:docPr id="962" name="Text 9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66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6"/>
                                <w:szCs w:val="26"/>
                              </w:rPr>
                              <w:t xml:space="preserve">Treasurer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5757491</wp:posOffset>
                </wp:positionH>
                <wp:positionV relativeFrom="page">
                  <wp:posOffset>4882895</wp:posOffset>
                </wp:positionV>
                <wp:extent cx="1054788" cy="137160"/>
                <wp:effectExtent l="0" t="0" r="0" b="0"/>
                <wp:wrapNone/>
                <wp:docPr id="963" name="Text 9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8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z w:val="19"/>
                                <w:szCs w:val="19"/>
                              </w:rPr>
                              <w:t xml:space="preserve">2024 — 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5074920</wp:posOffset>
                </wp:positionV>
                <wp:extent cx="1999092" cy="146304"/>
                <wp:effectExtent l="0" t="0" r="0" b="0"/>
                <wp:wrapNone/>
                <wp:docPr id="964" name="Text 9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909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A6975"/>
                                <w:sz w:val="20"/>
                                <w:szCs w:val="20"/>
                              </w:rPr>
                              <w:t xml:space="preserve">College commerce society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5303520</wp:posOffset>
                </wp:positionV>
                <wp:extent cx="3395138" cy="137160"/>
                <wp:effectExtent l="0" t="0" r="0" b="0"/>
                <wp:wrapNone/>
                <wp:docPr id="965" name="Text 9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513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19"/>
                                <w:szCs w:val="19"/>
                              </w:rPr>
                              <w:t xml:space="preserve">— Led projects end to end and mentored juniors.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5632704</wp:posOffset>
                </wp:positionV>
                <wp:extent cx="1171232" cy="182879"/>
                <wp:effectExtent l="0" t="0" r="0" b="0"/>
                <wp:wrapNone/>
                <wp:docPr id="966" name="Text 9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23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6"/>
                                <w:szCs w:val="26"/>
                              </w:rPr>
                              <w:t xml:space="preserve">Volunteer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6115392</wp:posOffset>
                </wp:positionH>
                <wp:positionV relativeFrom="page">
                  <wp:posOffset>5669280</wp:posOffset>
                </wp:positionV>
                <wp:extent cx="696887" cy="137160"/>
                <wp:effectExtent l="0" t="0" r="0" b="0"/>
                <wp:wrapNone/>
                <wp:docPr id="967" name="Text 9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88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z w:val="19"/>
                                <w:szCs w:val="19"/>
                              </w:rPr>
                              <w:t xml:space="preserve"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5861304</wp:posOffset>
                </wp:positionV>
                <wp:extent cx="1176547" cy="146304"/>
                <wp:effectExtent l="0" t="0" r="0" b="0"/>
                <wp:wrapNone/>
                <wp:docPr id="968" name="Text 9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654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A6975"/>
                                <w:sz w:val="20"/>
                                <w:szCs w:val="20"/>
                              </w:rPr>
                              <w:t xml:space="preserve">Literacy drive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6089904</wp:posOffset>
                </wp:positionV>
                <wp:extent cx="3395138" cy="137160"/>
                <wp:effectExtent l="0" t="0" r="0" b="0"/>
                <wp:wrapNone/>
                <wp:docPr id="969" name="Text 9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513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19"/>
                                <w:szCs w:val="19"/>
                              </w:rPr>
                              <w:t xml:space="preserve">— Led projects end to end and mentored juniors.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6940296</wp:posOffset>
                </wp:positionV>
                <wp:extent cx="935888" cy="128016"/>
                <wp:effectExtent l="0" t="0" r="0" b="0"/>
                <wp:wrapNone/>
                <wp:docPr id="970" name="Text 9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8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34"/>
                                <w:sz w:val="17"/>
                                <w:szCs w:val="17"/>
                              </w:rPr>
                              <w:t xml:space="preserve"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498276</wp:posOffset>
                </wp:positionH>
                <wp:positionV relativeFrom="page">
                  <wp:posOffset>7306056</wp:posOffset>
                </wp:positionV>
                <wp:extent cx="660339" cy="146304"/>
                <wp:effectExtent l="0" t="0" r="0" b="0"/>
                <wp:wrapNone/>
                <wp:docPr id="971" name="Text 9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33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0"/>
                                <w:szCs w:val="20"/>
                              </w:rPr>
                              <w:t xml:space="preserve">Tally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1194049</wp:posOffset>
                </wp:positionH>
                <wp:positionV relativeFrom="page">
                  <wp:posOffset>7306056</wp:posOffset>
                </wp:positionV>
                <wp:extent cx="717203" cy="146304"/>
                <wp:effectExtent l="0" t="0" r="0" b="0"/>
                <wp:wrapNone/>
                <wp:docPr id="972" name="Text 9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20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0"/>
                                <w:szCs w:val="20"/>
                              </w:rPr>
                              <w:t xml:space="preserve">Excel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1924311</wp:posOffset>
                </wp:positionH>
                <wp:positionV relativeFrom="page">
                  <wp:posOffset>7306056</wp:posOffset>
                </wp:positionV>
                <wp:extent cx="1063532" cy="146304"/>
                <wp:effectExtent l="0" t="0" r="0" b="0"/>
                <wp:wrapNone/>
                <wp:docPr id="973" name="Text 9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53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0"/>
                                <w:szCs w:val="20"/>
                              </w:rPr>
                              <w:t xml:space="preserve">GST basics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2999846</wp:posOffset>
                </wp:positionH>
                <wp:positionV relativeFrom="page">
                  <wp:posOffset>7306056</wp:posOffset>
                </wp:positionV>
                <wp:extent cx="1293561" cy="146304"/>
                <wp:effectExtent l="0" t="0" r="0" b="0"/>
                <wp:wrapNone/>
                <wp:docPr id="974" name="Text 9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56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0"/>
                                <w:szCs w:val="20"/>
                              </w:rPr>
                              <w:t xml:space="preserve">Communication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4386333</wp:posOffset>
                </wp:positionH>
                <wp:positionV relativeFrom="page">
                  <wp:posOffset>7306056</wp:posOffset>
                </wp:positionV>
                <wp:extent cx="1186976" cy="146304"/>
                <wp:effectExtent l="0" t="0" r="0" b="0"/>
                <wp:wrapNone/>
                <wp:docPr id="975" name="Text 9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697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0"/>
                                <w:szCs w:val="20"/>
                              </w:rPr>
                              <w:t xml:space="preserve">Hindi, 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7946135</wp:posOffset>
                </wp:positionV>
                <wp:extent cx="1199921" cy="128016"/>
                <wp:effectExtent l="0" t="0" r="0" b="0"/>
                <wp:wrapNone/>
                <wp:docPr id="976" name="Text 9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92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34"/>
                                <w:sz w:val="17"/>
                                <w:szCs w:val="17"/>
                              </w:rPr>
                              <w:t xml:space="preserve"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8183880</wp:posOffset>
                </wp:positionV>
                <wp:extent cx="1457810" cy="173736"/>
                <wp:effectExtent l="0" t="0" r="0" b="0"/>
                <wp:wrapNone/>
                <wp:docPr id="977" name="Text 9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1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4"/>
                                <w:szCs w:val="24"/>
                              </w:rPr>
                              <w:t xml:space="preserve">B.Com (Hons)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8421624</wp:posOffset>
                </wp:positionV>
                <wp:extent cx="1678300" cy="146304"/>
                <wp:effectExtent l="0" t="0" r="0" b="0"/>
                <wp:wrapNone/>
                <wp:docPr id="978" name="Text 9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30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A6975"/>
                                <w:sz w:val="20"/>
                                <w:szCs w:val="20"/>
                              </w:rPr>
                              <w:t xml:space="preserve">College, Jaipur ·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Riya Sharma — Fresher — B.Com 2026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