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97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97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494301</wp:posOffset>
                </wp:positionH>
                <wp:positionV relativeFrom="page">
                  <wp:posOffset>429767</wp:posOffset>
                </wp:positionV>
                <wp:extent cx="5786463" cy="722376"/>
                <wp:effectExtent l="0" t="0" r="0" b="0"/>
                <wp:wrapNone/>
                <wp:docPr id="980" name="Text 9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6463" cy="722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137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0D2B22"/>
                                <w:spacing w:val="-23"/>
                                <w:sz w:val="94"/>
                                <w:szCs w:val="94"/>
                              </w:rPr>
                              <w:t xml:space="preserve">AMAN VERMA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1517904</wp:posOffset>
                </wp:positionV>
                <wp:extent cx="3371301" cy="219456"/>
                <wp:effectExtent l="0" t="0" r="0" b="0"/>
                <wp:wrapNone/>
                <wp:docPr id="981" name="Text 9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301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0D2B22"/>
                                <w:sz w:val="29"/>
                                <w:szCs w:val="29"/>
                              </w:rPr>
                              <w:t xml:space="preserve">Fresher — B.Tech CSE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5413476</wp:posOffset>
                </wp:positionH>
                <wp:positionV relativeFrom="page">
                  <wp:posOffset>448056</wp:posOffset>
                </wp:positionV>
                <wp:extent cx="1405786" cy="731519"/>
                <wp:effectExtent l="0" t="0" r="0" b="0"/>
                <wp:wrapNone/>
                <wp:docPr id="982" name="Text 9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5786" cy="731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C6B5F"/>
                                <w:sz w:val="17"/>
                                <w:szCs w:val="17"/>
                              </w:rPr>
                              <w:t xml:space="preserve">+91 98765 43210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C6B5F"/>
                                <w:sz w:val="17"/>
                                <w:szCs w:val="17"/>
                              </w:rPr>
                              <w:t xml:space="preserve">aman@email.com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C6B5F"/>
                                <w:sz w:val="17"/>
                                <w:szCs w:val="17"/>
                              </w:rPr>
                              <w:t xml:space="preserve">City, India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C6B5F"/>
                                <w:sz w:val="17"/>
                                <w:szCs w:val="17"/>
                              </w:rPr>
                              <w:t xml:space="preserve">portfolio.link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2048256</wp:posOffset>
                </wp:positionV>
                <wp:extent cx="6775704" cy="416052"/>
                <wp:effectExtent l="0" t="0" r="0" b="0"/>
                <wp:wrapNone/>
                <wp:docPr id="983" name="Text 9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4160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0D2B22"/>
                                <w:sz w:val="24"/>
                                <w:szCs w:val="24"/>
                              </w:rPr>
                              <w:t xml:space="preserve">Curious developer who has shipped three small web apps and loves</w:t>
                            </w:r>
                          </w:p>
                          <w:p>
                            <w:pPr>
                              <w:spacing w:before="0" w:after="0" w:line="367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0D2B22"/>
                                <w:sz w:val="24"/>
                                <w:szCs w:val="24"/>
                              </w:rPr>
                              <w:t xml:space="preserve">debugging.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3044952</wp:posOffset>
                </wp:positionV>
                <wp:extent cx="1197806" cy="137160"/>
                <wp:effectExtent l="0" t="0" r="0" b="0"/>
                <wp:wrapNone/>
                <wp:docPr id="984" name="Text 9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780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87650"/>
                                <w:sz w:val="19"/>
                                <w:szCs w:val="19"/>
                              </w:rPr>
                              <w:t xml:space="preserve">Summer 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3236976</wp:posOffset>
                </wp:positionV>
                <wp:extent cx="1919382" cy="210311"/>
                <wp:effectExtent l="0" t="0" r="0" b="0"/>
                <wp:wrapNone/>
                <wp:docPr id="985" name="Text 9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9382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0D2B22"/>
                                <w:sz w:val="27"/>
                                <w:szCs w:val="27"/>
                              </w:rPr>
                              <w:t xml:space="preserve">Web Dev Intern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3474719</wp:posOffset>
                </wp:positionV>
                <wp:extent cx="1403604" cy="173736"/>
                <wp:effectExtent l="0" t="0" r="0" b="0"/>
                <wp:wrapNone/>
                <wp:docPr id="986" name="Text 9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604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4C6B5F"/>
                                <w:sz w:val="22"/>
                                <w:szCs w:val="22"/>
                              </w:rPr>
                              <w:t xml:space="preserve">Startup, Noida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4005072</wp:posOffset>
                </wp:positionV>
                <wp:extent cx="696887" cy="137160"/>
                <wp:effectExtent l="0" t="0" r="0" b="0"/>
                <wp:wrapNone/>
                <wp:docPr id="987" name="Text 9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88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87650"/>
                                <w:sz w:val="19"/>
                                <w:szCs w:val="19"/>
                              </w:rPr>
                              <w:t xml:space="preserve">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4197095</wp:posOffset>
                </wp:positionV>
                <wp:extent cx="2230493" cy="210311"/>
                <wp:effectExtent l="0" t="0" r="0" b="0"/>
                <wp:wrapNone/>
                <wp:docPr id="988" name="Text 9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0493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0D2B22"/>
                                <w:sz w:val="27"/>
                                <w:szCs w:val="27"/>
                              </w:rPr>
                              <w:t xml:space="preserve">Hackathon finalist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4434840</wp:posOffset>
                </wp:positionV>
                <wp:extent cx="2560720" cy="173736"/>
                <wp:effectExtent l="0" t="0" r="0" b="0"/>
                <wp:wrapNone/>
                <wp:docPr id="989" name="Text 9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0720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4C6B5F"/>
                                <w:sz w:val="22"/>
                                <w:szCs w:val="22"/>
                              </w:rPr>
                              <w:t xml:space="preserve">National student hackathon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4965192</wp:posOffset>
                </wp:positionV>
                <wp:extent cx="1056253" cy="137160"/>
                <wp:effectExtent l="0" t="0" r="0" b="0"/>
                <wp:wrapNone/>
                <wp:docPr id="990" name="Text 9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6253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87650"/>
                                <w:sz w:val="19"/>
                                <w:szCs w:val="19"/>
                              </w:rPr>
                              <w:t xml:space="preserve">2024 — 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5157216</wp:posOffset>
                </wp:positionV>
                <wp:extent cx="2051070" cy="210311"/>
                <wp:effectExtent l="0" t="0" r="0" b="0"/>
                <wp:wrapNone/>
                <wp:docPr id="991" name="Text 9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070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0D2B22"/>
                                <w:sz w:val="27"/>
                                <w:szCs w:val="27"/>
                              </w:rPr>
                              <w:t xml:space="preserve">Coding club lead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5394960</wp:posOffset>
                </wp:positionV>
                <wp:extent cx="929687" cy="173736"/>
                <wp:effectExtent l="0" t="0" r="0" b="0"/>
                <wp:wrapNone/>
                <wp:docPr id="992" name="Text 9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687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4C6B5F"/>
                                <w:sz w:val="22"/>
                                <w:szCs w:val="22"/>
                              </w:rPr>
                              <w:t xml:space="preserve">College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6574535</wp:posOffset>
                </wp:positionV>
                <wp:extent cx="935888" cy="128016"/>
                <wp:effectExtent l="0" t="0" r="0" b="0"/>
                <wp:wrapNone/>
                <wp:docPr id="993" name="Text 9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88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D2B22"/>
                                <w:spacing w:val="34"/>
                                <w:sz w:val="17"/>
                                <w:szCs w:val="17"/>
                              </w:rPr>
                              <w:t xml:space="preserve">SKILLS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6830568</wp:posOffset>
                </wp:positionV>
                <wp:extent cx="1210294" cy="1271016"/>
                <wp:effectExtent l="0" t="0" r="0" b="0"/>
                <wp:wrapNone/>
                <wp:docPr id="994" name="Text 9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0294" cy="1271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0D2B22"/>
                                <w:sz w:val="22"/>
                                <w:szCs w:val="22"/>
                              </w:rPr>
                              <w:t xml:space="preserve">• JavaScript</w:t>
                            </w:r>
                          </w:p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0D2B22"/>
                                <w:sz w:val="22"/>
                                <w:szCs w:val="22"/>
                              </w:rPr>
                              <w:t xml:space="preserve">• React</w:t>
                            </w:r>
                          </w:p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0D2B22"/>
                                <w:sz w:val="22"/>
                                <w:szCs w:val="22"/>
                              </w:rPr>
                              <w:t xml:space="preserve">• Python</w:t>
                            </w:r>
                          </w:p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0D2B22"/>
                                <w:sz w:val="22"/>
                                <w:szCs w:val="22"/>
                              </w:rPr>
                              <w:t xml:space="preserve">• SQL</w:t>
                            </w:r>
                          </w:p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0D2B22"/>
                                <w:sz w:val="22"/>
                                <w:szCs w:val="22"/>
                              </w:rPr>
                              <w:t xml:space="preserve">• Git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3831336</wp:posOffset>
                </wp:positionH>
                <wp:positionV relativeFrom="page">
                  <wp:posOffset>6574535</wp:posOffset>
                </wp:positionV>
                <wp:extent cx="1199921" cy="128016"/>
                <wp:effectExtent l="0" t="0" r="0" b="0"/>
                <wp:wrapNone/>
                <wp:docPr id="995" name="Text 9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92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D2B22"/>
                                <w:spacing w:val="34"/>
                                <w:sz w:val="17"/>
                                <w:szCs w:val="17"/>
                              </w:rPr>
                              <w:t xml:space="preserve">EDUCATION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3831336</wp:posOffset>
                </wp:positionH>
                <wp:positionV relativeFrom="page">
                  <wp:posOffset>6848856</wp:posOffset>
                </wp:positionV>
                <wp:extent cx="2813861" cy="182879"/>
                <wp:effectExtent l="0" t="0" r="0" b="0"/>
                <wp:wrapNone/>
                <wp:docPr id="996" name="Text 9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3861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0D2B22"/>
                                <w:sz w:val="24"/>
                                <w:szCs w:val="24"/>
                              </w:rPr>
                              <w:t xml:space="preserve">B.Tech, Computer Science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3831336</wp:posOffset>
                </wp:positionH>
                <wp:positionV relativeFrom="page">
                  <wp:posOffset>7461504</wp:posOffset>
                </wp:positionV>
                <wp:extent cx="2259760" cy="164592"/>
                <wp:effectExtent l="0" t="0" r="0" b="0"/>
                <wp:wrapNone/>
                <wp:docPr id="997" name="Text 9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9760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4C6B5F"/>
                                <w:sz w:val="20"/>
                                <w:szCs w:val="20"/>
                              </w:rPr>
                              <w:t xml:space="preserve">Engineering college ·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 Verma — Fresher — B.Tech CSE 2026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