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BE98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FFBE98"/>
            <w:tcMar>
              <w:top w:w="830" w:type="dxa"/>
              <w:left w:w="850" w:type="dxa"/>
              <w:bottom w:w="567" w:type="dxa"/>
              <w:right w:w="963" w:type="dxa"/>
            </w:tcMar>
          </w:tcPr>
          <w:p>
            <w:pPr>
              <w:pStyle w:val="CVMonogram"/>
            </w:pPr>
            <w:r>
              <w:rPr/>
              <w:t>SK</w:t>
            </w:r>
          </w:p>
          <w:p>
            <w:pPr>
              <w:pStyle w:val="CVName"/>
            </w:pPr>
            <w:r>
              <w:rPr/>
              <w:t>Sneha Kulkarni</w:t>
            </w:r>
          </w:p>
          <w:p>
            <w:pPr>
              <w:pStyle w:val="CVTitle"/>
            </w:pPr>
            <w:r>
              <w:rPr/>
              <w:t>Internship CV — Design</w:t>
            </w:r>
          </w:p>
          <w:p>
            <w:pPr>
              <w:pStyle w:val="CVBody"/>
              <w:spacing w:before="122" w:after="195"/>
            </w:pPr>
            <w:r>
              <w:rPr>
                <w:color w:val="5E4033"/>
                <w:sz w:val="20"/>
              </w:rPr>
              <w:t>+91 98765 43210   ·   sneha.kulkarni@email.com   ·   Pune   ·   behance.net/snehak</w:t>
            </w:r>
          </w:p>
          <w:tbl>
            <w:tblPr>
              <w:tblLook w:firstColumn="1" w:firstRow="1" w:lastColumn="0" w:lastRow="0" w:noHBand="0" w:noVBand="1" w:val="04A0"/>
              <w:tblW w:w="1009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28"/>
              <w:gridCol w:w="6463"/>
            </w:tblGrid>
            <w:tr>
              <w:tc>
                <w:tcPr>
                  <w:tcW w:type="dxa" w:w="3628"/>
                  <w:tcMar>
                    <w:top w:w="113" w:type="dxa"/>
                    <w:left w:w="0" w:type="dxa"/>
                    <w:bottom w:w="226" w:type="dxa"/>
                    <w:right w:w="396" w:type="dxa"/>
                  </w:tcMar>
                </w:tcPr>
                <w:p>
                  <w:pPr>
                    <w:pStyle w:val="CVHeading"/>
                  </w:pPr>
                  <w:r>
                    <w:rPr/>
                    <w:t>About</w:t>
                  </w:r>
                </w:p>
                <w:p>
                  <w:pPr>
                    <w:pStyle w:val="CVBody"/>
                    <w:spacing w:line="312" w:lineRule="auto"/>
                  </w:pPr>
                  <w:r>
                    <w:rPr/>
                    <w:t>Second-year design student seeking a summer internship in UI/UX. I love clear typography and simple interfaces.</w:t>
                  </w:r>
                </w:p>
                <w:p>
                  <w:pPr>
                    <w:pStyle w:val="CVHeading"/>
                  </w:pPr>
                  <w:r>
                    <w:rPr/>
                    <w:t>Skills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Figma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Illustrator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Wireframes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Typography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Sketching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Prototyping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Photoshop</w:t>
                  </w:r>
                </w:p>
                <w:p>
                  <w:pPr>
                    <w:pStyle w:val="CVHeading"/>
                  </w:pPr>
                  <w:r>
                    <w:rPr/>
                    <w:t>Languages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Marathi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Hindi</w:t>
                  </w:r>
                </w:p>
                <w:p>
                  <w:pPr>
                    <w:pStyle w:val="CVBody"/>
                    <w:spacing w:after="54"/>
                  </w:pPr>
                  <w:r>
                    <w:rPr/>
                    <w:t>English</w:t>
                  </w:r>
                </w:p>
                <w:p>
                  <w:pPr>
                    <w:pStyle w:val="CVHeading"/>
                  </w:pPr>
                  <w:r>
                    <w:rPr/>
                    <w:t>Contact</w:t>
                  </w:r>
                </w:p>
                <w:p>
                  <w:pPr>
                    <w:pStyle w:val="CVBody"/>
                    <w:spacing w:after="34"/>
                  </w:pPr>
                  <w:r>
                    <w:rPr>
                      <w:color w:val="5E4033"/>
                      <w:sz w:val="20"/>
                    </w:rPr>
                    <w:t>+91 98765 43210</w:t>
                  </w:r>
                </w:p>
                <w:p>
                  <w:pPr>
                    <w:pStyle w:val="CVBody"/>
                    <w:spacing w:after="34"/>
                  </w:pPr>
                  <w:r>
                    <w:rPr>
                      <w:color w:val="5E4033"/>
                      <w:sz w:val="20"/>
                    </w:rPr>
                    <w:t>sneha.kulkarni@email.com</w:t>
                  </w:r>
                </w:p>
                <w:p>
                  <w:pPr>
                    <w:pStyle w:val="CVBody"/>
                    <w:spacing w:after="34"/>
                  </w:pPr>
                  <w:r>
                    <w:rPr>
                      <w:color w:val="5E4033"/>
                      <w:sz w:val="20"/>
                    </w:rPr>
                    <w:t>Pune</w:t>
                  </w:r>
                </w:p>
                <w:p>
                  <w:pPr>
                    <w:pStyle w:val="CVBody"/>
                    <w:spacing w:after="34"/>
                  </w:pPr>
                  <w:r>
                    <w:rPr>
                      <w:color w:val="5E4033"/>
                      <w:sz w:val="20"/>
                    </w:rPr>
                    <w:t>behance.net/snehak</w:t>
                  </w:r>
                </w:p>
              </w:tc>
              <w:tc>
                <w:tcPr>
                  <w:tcW w:type="dxa" w:w="6463"/>
                  <w:tcMar>
                    <w:top w:w="113" w:type="dxa"/>
                    <w:left w:w="453" w:type="dxa"/>
                    <w:bottom w:w="226" w:type="dxa"/>
                    <w:right w:w="0" w:type="dxa"/>
                  </w:tcMar>
                  <w:tcBorders>
                    <w:top w:val="nil"/>
                    <w:left w:val="single" w:sz="6" w:space="0" w:color="2B1B14"/>
                    <w:bottom w:val="nil"/>
                    <w:right w:val="nil"/>
                  </w:tcBorders>
                </w:tcPr>
                <w:p>
                  <w:pPr>
                    <w:pStyle w:val="CVHeading"/>
                  </w:pPr>
                  <w:r>
                    <w:rPr/>
                    <w:t>Experience</w:t>
                  </w:r>
                </w:p>
                <w:p>
                  <w:pPr>
                    <w:pStyle w:val="CVBody"/>
                    <w:keepNext/>
                    <w:spacing w:before="73" w:after="12"/>
                  </w:pPr>
                  <w:r>
                    <w:rPr>
                      <w:rFonts w:ascii="Roboto Mono" w:hAnsi="Roboto Mono" w:cs="Roboto Mono" w:eastAsia="Roboto Mono"/>
                      <w:color w:val="5E4033"/>
                      <w:sz w:val="18"/>
                    </w:rPr>
                    <w:t>2025 — now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5"/>
                    </w:rPr>
                    <w:t>Freelance Designer</w:t>
                  </w:r>
                </w:p>
                <w:p>
                  <w:pPr>
                    <w:pStyle w:val="CVBody"/>
                    <w:keepNext/>
                    <w:spacing w:after="61"/>
                  </w:pPr>
                  <w:r>
                    <w:rPr>
                      <w:color w:val="5E4033"/>
                    </w:rPr>
                    <w:t>Logos and menus for local shops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Designed identities for six cafés and shops in Pune.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Handle briefs, sketches, revisions and print files myself.</w:t>
                  </w:r>
                </w:p>
                <w:p>
                  <w:pPr>
                    <w:pStyle w:val="CVBody"/>
                    <w:keepNext/>
                    <w:spacing w:before="73" w:after="12"/>
                  </w:pPr>
                  <w:r>
                    <w:rPr>
                      <w:rFonts w:ascii="Roboto Mono" w:hAnsi="Roboto Mono" w:cs="Roboto Mono" w:eastAsia="Roboto Mono"/>
                      <w:color w:val="5E4033"/>
                      <w:sz w:val="18"/>
                    </w:rPr>
                    <w:t>2025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5"/>
                    </w:rPr>
                    <w:t>Design Head</w:t>
                  </w:r>
                </w:p>
                <w:p>
                  <w:pPr>
                    <w:pStyle w:val="CVBody"/>
                    <w:keepNext/>
                    <w:spacing w:after="61"/>
                  </w:pPr>
                  <w:r>
                    <w:rPr>
                      <w:color w:val="5E4033"/>
                    </w:rPr>
                    <w:t>College Fest Team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Led a team of 10 for posters, stage and social media.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Created a visual identity used across 40 pieces.</w:t>
                  </w:r>
                </w:p>
                <w:p>
                  <w:pPr>
                    <w:pStyle w:val="CVBody"/>
                    <w:keepNext/>
                    <w:spacing w:before="73" w:after="12"/>
                  </w:pPr>
                  <w:r>
                    <w:rPr>
                      <w:rFonts w:ascii="Roboto Mono" w:hAnsi="Roboto Mono" w:cs="Roboto Mono" w:eastAsia="Roboto Mono"/>
                      <w:color w:val="5E4033"/>
                      <w:sz w:val="18"/>
                    </w:rPr>
                    <w:t>2024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5"/>
                    </w:rPr>
                    <w:t>UX Course Project</w:t>
                  </w:r>
                </w:p>
                <w:p>
                  <w:pPr>
                    <w:pStyle w:val="CVBody"/>
                    <w:keepNext/>
                    <w:spacing w:after="61"/>
                  </w:pPr>
                  <w:r>
                    <w:rPr>
                      <w:color w:val="5E4033"/>
                    </w:rPr>
                    <w:t>Online UX certificate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Redesigned a bus-ticket app; usability test with 8 users.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Cut booking steps from seven to four.</w:t>
                  </w:r>
                </w:p>
                <w:p>
                  <w:pPr>
                    <w:pStyle w:val="CVHeading"/>
                  </w:pPr>
                  <w:r>
                    <w:rPr/>
                    <w:t>Education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B.Des (pursuing)</w:t>
                  </w:r>
                </w:p>
                <w:p>
                  <w:pPr>
                    <w:pStyle w:val="CVBody"/>
                    <w:spacing w:after="98"/>
                  </w:pPr>
                  <w:r>
                    <w:rPr>
                      <w:color w:val="5E4033"/>
                    </w:rPr>
                    <w:t>Design School, Pune · 2024 — 2028  ·  CGPA 9.1 / 10</w:t>
                  </w:r>
                </w:p>
                <w:p>
                  <w:pPr>
                    <w:pStyle w:val="CVBody"/>
                    <w:keepNext/>
                    <w:spacing w:after="7"/>
                  </w:pPr>
                  <w:r>
                    <w:rPr>
                      <w:b/>
                      <w:sz w:val="24"/>
                    </w:rPr>
                    <w:t>Class XII (State Board)</w:t>
                  </w:r>
                </w:p>
                <w:p>
                  <w:pPr>
                    <w:pStyle w:val="CVBody"/>
                    <w:spacing w:after="98"/>
                  </w:pPr>
                  <w:r>
                    <w:rPr>
                      <w:color w:val="5E4033"/>
                    </w:rPr>
                    <w:t>Fergusson Junior College · 2024  ·  89%</w:t>
                  </w:r>
                </w:p>
                <w:p>
                  <w:pPr>
                    <w:pStyle w:val="CVHeading"/>
                  </w:pPr>
                  <w:r>
                    <w:rPr/>
                    <w:t>Projects</w:t>
                  </w:r>
                </w:p>
                <w:p>
                  <w:pPr>
                    <w:pStyle w:val="CVBody"/>
                    <w:spacing w:after="61"/>
                  </w:pPr>
                  <w:r>
                    <w:rPr>
                      <w:b/>
                    </w:rPr>
                    <w:t>Campus wayfinding</w:t>
                  </w:r>
                  <w:r>
                    <w:rPr>
                      <w:color w:val="5E4033"/>
                    </w:rPr>
                    <w:t xml:space="preserve">  —  Signage system proposal for the design school.</w:t>
                  </w:r>
                </w:p>
                <w:p>
                  <w:pPr>
                    <w:pStyle w:val="CVBody"/>
                    <w:spacing w:after="61"/>
                  </w:pPr>
                  <w:r>
                    <w:rPr>
                      <w:b/>
                    </w:rPr>
                    <w:t>Zine: “Pune by Bus”</w:t>
                  </w:r>
                  <w:r>
                    <w:rPr>
                      <w:color w:val="5E4033"/>
                    </w:rPr>
                    <w:t xml:space="preserve">  —  A 24-page illustrated zine.</w:t>
                  </w:r>
                </w:p>
              </w:tc>
            </w:tr>
          </w:tbl>
          <w:p/>
          <w:p>
            <w:pPr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B1B1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9" w:line="269" w:lineRule="auto"/>
    </w:pPr>
    <w:rPr>
      <w:rFonts w:ascii="Inter" w:hAnsi="Inter" w:cs="Inter" w:eastAsia="Inter"/>
      <w:color w:val="2B1B14"/>
      <w:sz w:val="22"/>
    </w:rPr>
  </w:style>
  <w:style w:type="paragraph" w:customStyle="1" w:styleId="CVBullet">
    <w:name w:val="CV Bullet"/>
    <w:basedOn w:val="ListBullet"/>
    <w:qFormat/>
    <w:pPr>
      <w:keepNext w:val="0"/>
      <w:spacing w:before="0" w:after="39" w:line="264" w:lineRule="auto"/>
    </w:pPr>
    <w:rPr>
      <w:rFonts w:ascii="Inter" w:hAnsi="Inter" w:cs="Inter" w:eastAsia="Inter"/>
      <w:color w:val="2B1B14"/>
      <w:sz w:val="22"/>
    </w:rPr>
  </w:style>
  <w:style w:type="paragraph" w:customStyle="1" w:styleId="CVMonogram">
    <w:name w:val="CV Monogram"/>
    <w:basedOn w:val="Normal"/>
    <w:qFormat/>
    <w:pPr>
      <w:keepNext w:val="0"/>
      <w:spacing w:before="0" w:after="0" w:line="197" w:lineRule="auto"/>
    </w:pPr>
    <w:rPr>
      <w:rFonts w:ascii="Playfair Display" w:hAnsi="Playfair Display" w:cs="Playfair Display" w:eastAsia="Playfair Display"/>
      <w:b/>
      <w:color w:val="FF9C77"/>
      <w:sz w:val="244"/>
    </w:rPr>
  </w:style>
  <w:style w:type="paragraph" w:customStyle="1" w:styleId="CVName">
    <w:name w:val="CV Name"/>
    <w:basedOn w:val="Normal"/>
    <w:qFormat/>
    <w:pPr>
      <w:keepNext w:val="0"/>
      <w:spacing w:before="98" w:after="73"/>
      <w:outlineLvl w:val="0"/>
    </w:pPr>
    <w:rPr>
      <w:rFonts w:ascii="Playfair Display" w:hAnsi="Playfair Display" w:cs="Playfair Display" w:eastAsia="Playfair Display"/>
      <w:b w:val="0"/>
      <w:color w:val="2B1B14"/>
      <w:sz w:val="75"/>
    </w:rPr>
  </w:style>
  <w:style w:type="paragraph" w:customStyle="1" w:styleId="CVTitle">
    <w:name w:val="CV Title"/>
    <w:basedOn w:val="Normal"/>
    <w:qFormat/>
    <w:pPr>
      <w:keepNext w:val="0"/>
      <w:spacing w:before="0" w:after="0"/>
    </w:pPr>
    <w:rPr>
      <w:rFonts w:ascii="Roboto Mono" w:hAnsi="Roboto Mono" w:cs="Roboto Mono" w:eastAsia="Roboto Mono"/>
      <w:b/>
      <w:caps/>
      <w:color w:val="8C3420"/>
      <w:sz w:val="21"/>
      <w:spacing w:val="50"/>
    </w:rPr>
  </w:style>
  <w:style w:type="paragraph" w:customStyle="1" w:styleId="CVHeading">
    <w:name w:val="CV Heading"/>
    <w:basedOn w:val="Normal"/>
    <w:qFormat/>
    <w:pPr>
      <w:keepNext/>
      <w:spacing w:before="317" w:after="147"/>
      <w:outlineLvl w:val="1"/>
    </w:pPr>
    <w:rPr>
      <w:rFonts w:ascii="Roboto Mono" w:hAnsi="Roboto Mono" w:cs="Roboto Mono" w:eastAsia="Roboto Mono"/>
      <w:b/>
      <w:caps/>
      <w:color w:val="2B1B14"/>
      <w:sz w:val="18"/>
      <w:spacing w:val="36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Sneha Kulkarni — Internship CV — Design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