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EFE4D2"/>
  <w:body>
    <w:tbl>
      <w:tblPr>
        <w:tblLook w:firstColumn="1" w:firstRow="1" w:lastColumn="0" w:lastRow="0" w:noHBand="0" w:noVBand="1" w:val="04A0"/>
        <w:tblW w:w="1190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907"/>
      </w:tblGrid>
      <w:tr>
        <w:trPr>
          <w:trHeight w:val="16805" w:hRule="atLeast"/>
        </w:trPr>
        <w:tc>
          <w:tcPr>
            <w:tcW w:type="dxa" w:w="11906"/>
            <w:shd w:val="clear" w:color="auto" w:fill="EFE4D2"/>
            <w:tcMar>
              <w:top w:w="1113" w:type="dxa"/>
              <w:left w:w="1077" w:type="dxa"/>
              <w:bottom w:w="567" w:type="dxa"/>
              <w:right w:w="1077" w:type="dxa"/>
            </w:tcMar>
          </w:tcPr>
          <w:p>
            <w:pPr>
              <w:pStyle w:val="CVName"/>
            </w:pPr>
            <w:r>
              <w:rPr/>
              <w:t>Mohit Yadav</w:t>
            </w:r>
          </w:p>
          <w:p>
            <w:pPr>
              <w:pStyle w:val="CVTitle"/>
            </w:pPr>
            <w:r>
              <w:rPr/>
              <w:t>Internship CV — Marketing</w:t>
            </w:r>
          </w:p>
          <w:p>
            <w:pPr>
              <w:pStyle w:val="CVBody"/>
              <w:spacing w:after="46"/>
              <w:jc w:val="center"/>
            </w:pPr>
            <w:r>
              <w:rPr>
                <w:color w:val="6C6458"/>
                <w:sz w:val="20"/>
              </w:rPr>
              <w:t>+91 98765 43210   ·   mohit.yadav@email.com   ·   Lucknow, India   ·   linkedin.com/in/mohityadav</w:t>
            </w:r>
          </w:p>
          <w:p>
            <w:pPr>
              <w:pStyle w:val="CVHeading"/>
              <w:pBdr>
                <w:bottom w:val="single" w:sz="6" w:space="3" w:color="C7883F"/>
              </w:pBdr>
            </w:pPr>
            <w:r>
              <w:rPr/>
              <w:t>Summary</w:t>
            </w:r>
          </w:p>
          <w:p>
            <w:pPr>
              <w:pStyle w:val="CVBody"/>
              <w:spacing w:line="300" w:lineRule="auto"/>
            </w:pPr>
            <w:r>
              <w:rPr>
                <w:sz w:val="23"/>
              </w:rPr>
              <w:t>BBA student with a knack for content and community building. Looking for a summer marketing internship where I can write, plan campaigns and learn from data.</w:t>
            </w:r>
          </w:p>
          <w:p>
            <w:pPr>
              <w:pStyle w:val="CVHeading"/>
              <w:pBdr>
                <w:bottom w:val="single" w:sz="6" w:space="3" w:color="C7883F"/>
              </w:pBdr>
            </w:pPr>
            <w:r>
              <w:rPr/>
              <w:t>Experience</w:t>
            </w:r>
          </w:p>
          <w:p>
            <w:pPr>
              <w:pStyle w:val="CVBody"/>
              <w:keepNext/>
              <w:tabs>
                <w:tab w:pos="9751" w:val="right"/>
              </w:tabs>
              <w:spacing w:before="92" w:after="12"/>
            </w:pPr>
            <w:r>
              <w:rPr>
                <w:b/>
                <w:sz w:val="24"/>
              </w:rPr>
              <w:t>Social Media Volunteer</w:t>
            </w:r>
            <w:r>
              <w:rPr>
                <w:color w:val="6C6458"/>
                <w:sz w:val="19"/>
              </w:rPr>
              <w:tab/>
              <w:t>2025</w:t>
            </w:r>
          </w:p>
          <w:p>
            <w:pPr>
              <w:pStyle w:val="CVBody"/>
              <w:keepNext/>
              <w:spacing w:after="58"/>
            </w:pPr>
            <w:r>
              <w:rPr>
                <w:i/>
                <w:color w:val="6C6458"/>
              </w:rPr>
              <w:t>Asha Foundation (NGO), Lucknow</w:t>
            </w:r>
          </w:p>
          <w:p>
            <w:pPr>
              <w:pStyle w:val="CVBullet"/>
              <w:ind w:left="238" w:hanging="238"/>
            </w:pPr>
            <w:r>
              <w:rPr/>
              <w:t>Planned and posted content three times a week on Instagram.</w:t>
            </w:r>
          </w:p>
          <w:p>
            <w:pPr>
              <w:pStyle w:val="CVBullet"/>
              <w:ind w:left="238" w:hanging="238"/>
            </w:pPr>
            <w:r>
              <w:rPr/>
              <w:t>Grew followers from 1,200 to 4,800 in six months.</w:t>
            </w:r>
          </w:p>
          <w:p>
            <w:pPr>
              <w:pStyle w:val="CVBullet"/>
              <w:ind w:left="238" w:hanging="238"/>
            </w:pPr>
            <w:r>
              <w:rPr/>
              <w:t>Wrote donor stories that raised ₹1.2 lakh for a school library.</w:t>
            </w:r>
          </w:p>
          <w:p>
            <w:pPr>
              <w:pStyle w:val="CVBody"/>
              <w:keepNext/>
              <w:tabs>
                <w:tab w:pos="9751" w:val="right"/>
              </w:tabs>
              <w:spacing w:before="92" w:after="12"/>
            </w:pPr>
            <w:r>
              <w:rPr>
                <w:b/>
                <w:sz w:val="24"/>
              </w:rPr>
              <w:t>Campus Ambassador</w:t>
            </w:r>
            <w:r>
              <w:rPr>
                <w:color w:val="6C6458"/>
                <w:sz w:val="19"/>
              </w:rPr>
              <w:tab/>
              <w:t>2024 — 2025</w:t>
            </w:r>
          </w:p>
          <w:p>
            <w:pPr>
              <w:pStyle w:val="CVBody"/>
              <w:keepNext/>
              <w:spacing w:after="58"/>
            </w:pPr>
            <w:r>
              <w:rPr>
                <w:i/>
                <w:color w:val="6C6458"/>
              </w:rPr>
              <w:t>StudySprint (edtech start-up)</w:t>
            </w:r>
          </w:p>
          <w:p>
            <w:pPr>
              <w:pStyle w:val="CVBullet"/>
              <w:ind w:left="238" w:hanging="238"/>
            </w:pPr>
            <w:r>
              <w:rPr/>
              <w:t>Signed up 350 students through workshops and WhatsApp groups.</w:t>
            </w:r>
          </w:p>
          <w:p>
            <w:pPr>
              <w:pStyle w:val="CVBullet"/>
              <w:ind w:left="238" w:hanging="238"/>
            </w:pPr>
            <w:r>
              <w:rPr/>
              <w:t>Ranked in the top 10 of 200 ambassadors nationally.</w:t>
            </w:r>
          </w:p>
          <w:p>
            <w:pPr>
              <w:pStyle w:val="CVBullet"/>
              <w:ind w:left="238" w:hanging="238"/>
            </w:pPr>
            <w:r>
              <w:rPr/>
              <w:t>Collected feedback that shaped the app’s Hindi version.</w:t>
            </w:r>
          </w:p>
          <w:p>
            <w:pPr>
              <w:pStyle w:val="CVBody"/>
              <w:keepNext/>
              <w:tabs>
                <w:tab w:pos="9751" w:val="right"/>
              </w:tabs>
              <w:spacing w:before="92" w:after="12"/>
            </w:pPr>
            <w:r>
              <w:rPr>
                <w:b/>
                <w:sz w:val="24"/>
              </w:rPr>
              <w:t>Event Lead</w:t>
            </w:r>
            <w:r>
              <w:rPr>
                <w:color w:val="6C6458"/>
                <w:sz w:val="19"/>
              </w:rPr>
              <w:tab/>
              <w:t>2025</w:t>
            </w:r>
          </w:p>
          <w:p>
            <w:pPr>
              <w:pStyle w:val="CVBody"/>
              <w:keepNext/>
              <w:spacing w:after="58"/>
            </w:pPr>
            <w:r>
              <w:rPr>
                <w:i/>
                <w:color w:val="6C6458"/>
              </w:rPr>
              <w:t>College Management Fest</w:t>
            </w:r>
          </w:p>
          <w:p>
            <w:pPr>
              <w:pStyle w:val="CVBullet"/>
              <w:ind w:left="238" w:hanging="238"/>
            </w:pPr>
            <w:r>
              <w:rPr/>
              <w:t>Led a team of 15 for a 2-day fest with 1,500 visitors.</w:t>
            </w:r>
          </w:p>
          <w:p>
            <w:pPr>
              <w:pStyle w:val="CVBullet"/>
              <w:ind w:left="238" w:hanging="238"/>
            </w:pPr>
            <w:r>
              <w:rPr/>
              <w:t>Secured ₹80,000 in sponsorship from local businesses.</w:t>
            </w:r>
          </w:p>
          <w:p>
            <w:pPr>
              <w:pStyle w:val="CVBullet"/>
              <w:ind w:left="238" w:hanging="238"/>
            </w:pPr>
            <w:r>
              <w:rPr/>
              <w:t>Ran the fest’s Instagram and posters.</w:t>
            </w:r>
          </w:p>
          <w:p>
            <w:pPr>
              <w:pStyle w:val="CVHeading"/>
              <w:pBdr>
                <w:bottom w:val="single" w:sz="6" w:space="3" w:color="C7883F"/>
              </w:pBdr>
            </w:pPr>
            <w:r>
              <w:rPr/>
              <w:t>Education</w:t>
            </w:r>
          </w:p>
          <w:p>
            <w:pPr>
              <w:pStyle w:val="CVBody"/>
              <w:keepNext/>
              <w:tabs>
                <w:tab w:pos="9751" w:val="right"/>
              </w:tabs>
              <w:spacing w:after="12"/>
            </w:pPr>
            <w:r>
              <w:rPr>
                <w:b/>
                <w:sz w:val="23"/>
              </w:rPr>
              <w:t>BBA (pursuing)</w:t>
            </w:r>
            <w:r>
              <w:rPr>
                <w:color w:val="6C6458"/>
                <w:sz w:val="19"/>
              </w:rPr>
              <w:tab/>
              <w:t>2024 — 2027</w:t>
            </w:r>
          </w:p>
          <w:p>
            <w:pPr>
              <w:pStyle w:val="CVBody"/>
              <w:spacing w:after="92"/>
            </w:pPr>
            <w:r>
              <w:rPr>
                <w:color w:val="6C6458"/>
              </w:rPr>
              <w:t>College of Commerce, Lucknow  ·  CGPA 8.4 / 10</w:t>
            </w:r>
          </w:p>
          <w:p>
            <w:pPr>
              <w:pStyle w:val="CVBody"/>
              <w:keepNext/>
              <w:tabs>
                <w:tab w:pos="9751" w:val="right"/>
              </w:tabs>
              <w:spacing w:after="12"/>
            </w:pPr>
            <w:r>
              <w:rPr>
                <w:b/>
                <w:sz w:val="23"/>
              </w:rPr>
              <w:t>Class XII (CBSE), Commerce</w:t>
            </w:r>
            <w:r>
              <w:rPr>
                <w:color w:val="6C6458"/>
                <w:sz w:val="19"/>
              </w:rPr>
              <w:tab/>
              <w:t>2024</w:t>
            </w:r>
          </w:p>
          <w:p>
            <w:pPr>
              <w:pStyle w:val="CVBody"/>
              <w:spacing w:after="92"/>
            </w:pPr>
            <w:r>
              <w:rPr>
                <w:color w:val="6C6458"/>
              </w:rPr>
              <w:t>City Montessori Academy, Lucknow  ·  91%</w:t>
            </w:r>
          </w:p>
          <w:p>
            <w:pPr>
              <w:pStyle w:val="CVHeading"/>
              <w:pBdr>
                <w:bottom w:val="single" w:sz="6" w:space="3" w:color="C7883F"/>
              </w:pBdr>
            </w:pPr>
            <w:r>
              <w:rPr/>
              <w:t>Skills</w:t>
            </w:r>
          </w:p>
          <w:p>
            <w:pPr>
              <w:pStyle w:val="CVBody"/>
              <w:spacing w:line="336" w:lineRule="auto"/>
              <w:jc w:val="center"/>
            </w:pPr>
            <w:r>
              <w:rPr/>
              <w:t>Canva   ·   Instagram   ·   Copywriting   ·   Excel   ·   Public speaking   ·   Google Analytics   ·   Meta Ads basics</w:t>
            </w:r>
          </w:p>
          <w:p>
            <w:pPr>
              <w:pStyle w:val="CVHeading"/>
              <w:pBdr>
                <w:bottom w:val="single" w:sz="6" w:space="3" w:color="C7883F"/>
              </w:pBdr>
            </w:pPr>
            <w:r>
              <w:rPr/>
              <w:t>Certifications</w:t>
            </w:r>
          </w:p>
          <w:p>
            <w:pPr>
              <w:pStyle w:val="CVBullet"/>
              <w:ind w:left="238" w:hanging="238"/>
            </w:pPr>
            <w:r>
              <w:rPr/>
              <w:t>Google Digital Marketing Fundamentals</w:t>
            </w:r>
          </w:p>
          <w:p>
            <w:pPr>
              <w:pStyle w:val="CVBullet"/>
              <w:ind w:left="238" w:hanging="238"/>
            </w:pPr>
            <w:r>
              <w:rPr/>
              <w:t>HubSpot Content Marketing</w:t>
            </w:r>
          </w:p>
          <w:p>
            <w:pPr>
              <w:pStyle w:val="CVHeading"/>
              <w:pBdr>
                <w:bottom w:val="single" w:sz="6" w:space="3" w:color="C7883F"/>
              </w:pBdr>
            </w:pPr>
            <w:r>
              <w:rPr/>
              <w:t>Languages &amp; certifications</w:t>
            </w:r>
          </w:p>
          <w:p>
            <w:pPr>
              <w:pStyle w:val="CVBody"/>
            </w:pPr>
            <w:r>
              <w:rPr>
                <w:b/>
              </w:rPr>
              <w:t xml:space="preserve">Languages:  </w:t>
            </w:r>
            <w:r>
              <w:rPr/>
              <w:t>Hindi, English</w:t>
            </w:r>
          </w:p>
        </w:tc>
      </w:tr>
    </w:tbl>
    <w:p>
      <w:pPr>
        <w:pStyle w:val="PageEnd"/>
        <w:rPr>
          <w:sz w:val="2"/>
          <w:szCs w:val="2"/>
        </w:rPr>
      </w:pP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displayBackgroundShape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Inter" w:hAnsi="Inter" w:cs="Inter" w:eastAsia="Inter"/>
      <w:color w:val="2E2A24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VBody">
    <w:name w:val="CV Body"/>
    <w:basedOn w:val="Normal"/>
    <w:qFormat/>
    <w:pPr>
      <w:keepNext w:val="0"/>
      <w:spacing w:before="0" w:after="46" w:line="269" w:lineRule="auto"/>
    </w:pPr>
    <w:rPr>
      <w:rFonts w:ascii="Inter" w:hAnsi="Inter" w:cs="Inter" w:eastAsia="Inter"/>
      <w:color w:val="2E2A24"/>
      <w:sz w:val="21"/>
    </w:rPr>
  </w:style>
  <w:style w:type="paragraph" w:customStyle="1" w:styleId="CVBullet">
    <w:name w:val="CV Bullet"/>
    <w:basedOn w:val="ListBullet"/>
    <w:qFormat/>
    <w:pPr>
      <w:keepNext w:val="0"/>
      <w:spacing w:before="0" w:after="37" w:line="264" w:lineRule="auto"/>
    </w:pPr>
    <w:rPr>
      <w:rFonts w:ascii="Inter" w:hAnsi="Inter" w:cs="Inter" w:eastAsia="Inter"/>
      <w:color w:val="2E2A24"/>
      <w:sz w:val="21"/>
    </w:rPr>
  </w:style>
  <w:style w:type="paragraph" w:customStyle="1" w:styleId="CVName">
    <w:name w:val="CV Name"/>
    <w:basedOn w:val="Normal"/>
    <w:qFormat/>
    <w:pPr>
      <w:keepNext w:val="0"/>
      <w:spacing w:before="0" w:after="46"/>
      <w:jc w:val="center"/>
      <w:outlineLvl w:val="0"/>
    </w:pPr>
    <w:rPr>
      <w:rFonts w:ascii="Lora" w:hAnsi="Lora" w:cs="Lora" w:eastAsia="Lora"/>
      <w:b w:val="0"/>
      <w:color w:val="2E2A24"/>
      <w:sz w:val="73"/>
    </w:rPr>
  </w:style>
  <w:style w:type="paragraph" w:customStyle="1" w:styleId="CVTitle">
    <w:name w:val="CV Title"/>
    <w:basedOn w:val="Normal"/>
    <w:qFormat/>
    <w:pPr>
      <w:keepNext w:val="0"/>
      <w:spacing w:before="0" w:after="115"/>
      <w:jc w:val="center"/>
    </w:pPr>
    <w:rPr>
      <w:rFonts w:ascii="Inter" w:hAnsi="Inter" w:cs="Inter" w:eastAsia="Inter"/>
      <w:b/>
      <w:caps/>
      <w:color w:val="815829"/>
      <w:sz w:val="27"/>
      <w:spacing w:val="24"/>
    </w:rPr>
  </w:style>
  <w:style w:type="paragraph" w:customStyle="1" w:styleId="CVHeading">
    <w:name w:val="CV Heading"/>
    <w:basedOn w:val="Normal"/>
    <w:qFormat/>
    <w:pPr>
      <w:keepNext/>
      <w:spacing w:before="300" w:after="139"/>
      <w:outlineLvl w:val="1"/>
    </w:pPr>
    <w:rPr>
      <w:rFonts w:ascii="Inter" w:hAnsi="Inter" w:cs="Inter" w:eastAsia="Inter"/>
      <w:b/>
      <w:caps/>
      <w:color w:val="815829"/>
      <w:sz w:val="19"/>
      <w:spacing w:val="40"/>
    </w:rPr>
  </w:style>
  <w:style w:type="paragraph" w:customStyle="1" w:styleId="PageEnd">
    <w:name w:val="Page End"/>
    <w:basedOn w:val="Normal"/>
    <w:qFormat/>
    <w:pPr>
      <w:keepNext w:val="0"/>
      <w:spacing w:before="0" w:after="0" w:lineRule="exact" w:line="20"/>
    </w:pPr>
    <w:rPr>
      <w:sz w:val="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Mohit Yadav — Internship CV — Marketing</dc:title>
  <dc:subject/>
  <dc:creator>Morphiq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