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99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99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1177111</wp:posOffset>
                </wp:positionH>
                <wp:positionV relativeFrom="page">
                  <wp:posOffset>7077456</wp:posOffset>
                </wp:positionV>
                <wp:extent cx="4960977" cy="443484"/>
                <wp:effectExtent l="0" t="0" r="0" b="0"/>
                <wp:wrapNone/>
                <wp:docPr id="999" name="Text 9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0977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B0B0B"/>
                                <w:sz w:val="27"/>
                                <w:szCs w:val="27"/>
                              </w:rPr>
                              <w:t xml:space="preserve">Three days of music, dance, coding contests and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B0B0B"/>
                                <w:sz w:val="27"/>
                                <w:szCs w:val="27"/>
                              </w:rPr>
                              <w:t xml:space="preserve">food stalls.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2009594</wp:posOffset>
                </wp:positionH>
                <wp:positionV relativeFrom="page">
                  <wp:posOffset>7918704</wp:posOffset>
                </wp:positionV>
                <wp:extent cx="3296011" cy="164592"/>
                <wp:effectExtent l="0" t="0" r="0" b="0"/>
                <wp:wrapNone/>
                <wp:docPr id="1000" name="Text 10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6011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pacing w:val="18"/>
                                <w:sz w:val="22"/>
                                <w:szCs w:val="22"/>
                              </w:rPr>
                              <w:t xml:space="preserve">7–9 NOV  /  COLLEGE ID  /  40+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Udaan 2026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