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00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00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685800</wp:posOffset>
                </wp:positionH>
                <wp:positionV relativeFrom="page">
                  <wp:posOffset>5301691</wp:posOffset>
                </wp:positionV>
                <wp:extent cx="4442998" cy="1225295"/>
                <wp:effectExtent l="0" t="0" r="0" b="0"/>
                <wp:wrapNone/>
                <wp:docPr id="1002" name="Text 10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2998" cy="122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929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1E6"/>
                                <w:spacing w:val="31"/>
                                <w:sz w:val="158"/>
                                <w:szCs w:val="158"/>
                              </w:rPr>
                              <w:t xml:space="preserve">RANG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685800</wp:posOffset>
                </wp:positionH>
                <wp:positionV relativeFrom="page">
                  <wp:posOffset>6227064</wp:posOffset>
                </wp:positionV>
                <wp:extent cx="5018227" cy="1225295"/>
                <wp:effectExtent l="0" t="0" r="0" b="0"/>
                <wp:wrapNone/>
                <wp:docPr id="1003" name="Text 10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8227" cy="122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929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1E6"/>
                                <w:spacing w:val="-146"/>
                                <w:sz w:val="158"/>
                                <w:szCs w:val="158"/>
                              </w:rPr>
                              <w:t xml:space="preserve">MANCH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685800</wp:posOffset>
                </wp:positionH>
                <wp:positionV relativeFrom="page">
                  <wp:posOffset>7397496</wp:posOffset>
                </wp:positionV>
                <wp:extent cx="3823006" cy="461772"/>
                <wp:effectExtent l="0" t="0" r="0" b="0"/>
                <wp:wrapNone/>
                <wp:docPr id="1004" name="Text 10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3006" cy="4617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FF1E6"/>
                                <w:sz w:val="27"/>
                                <w:szCs w:val="27"/>
                              </w:rPr>
                              <w:t xml:space="preserve">Drama, folk dance and a battle of</w:t>
                            </w:r>
                          </w:p>
                          <w:p>
                            <w:pPr>
                              <w:spacing w:before="0" w:after="0" w:line="39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FF1E6"/>
                                <w:sz w:val="27"/>
                                <w:szCs w:val="27"/>
                              </w:rPr>
                              <w:t xml:space="preserve">the bands on the main stage.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4562856</wp:posOffset>
                </wp:positionH>
                <wp:positionV relativeFrom="page">
                  <wp:posOffset>7690104</wp:posOffset>
                </wp:positionV>
                <wp:extent cx="660819" cy="100584"/>
                <wp:effectExtent l="0" t="0" r="0" b="0"/>
                <wp:wrapNone/>
                <wp:docPr id="1005" name="Text 10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819" cy="1005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5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8DDE8"/>
                                <w:spacing w:val="16"/>
                                <w:sz w:val="14"/>
                                <w:szCs w:val="14"/>
                              </w:rPr>
                              <w:t xml:space="preserve"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5593441</wp:posOffset>
                </wp:positionH>
                <wp:positionV relativeFrom="page">
                  <wp:posOffset>7644383</wp:posOffset>
                </wp:positionV>
                <wp:extent cx="1044250" cy="164592"/>
                <wp:effectExtent l="0" t="0" r="0" b="0"/>
                <wp:wrapNone/>
                <wp:docPr id="1006" name="Text 10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4250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1E6"/>
                                <w:sz w:val="20"/>
                                <w:szCs w:val="20"/>
                              </w:rPr>
                              <w:t xml:space="preserve">Fri 21 Nov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4562856</wp:posOffset>
                </wp:positionH>
                <wp:positionV relativeFrom="page">
                  <wp:posOffset>8055863</wp:posOffset>
                </wp:positionV>
                <wp:extent cx="660819" cy="100584"/>
                <wp:effectExtent l="0" t="0" r="0" b="0"/>
                <wp:wrapNone/>
                <wp:docPr id="1007" name="Text 10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819" cy="1005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5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8DDE8"/>
                                <w:spacing w:val="16"/>
                                <w:sz w:val="14"/>
                                <w:szCs w:val="14"/>
                              </w:rPr>
                              <w:t xml:space="preserve">TIME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5886478</wp:posOffset>
                </wp:positionH>
                <wp:positionV relativeFrom="page">
                  <wp:posOffset>8010144</wp:posOffset>
                </wp:positionV>
                <wp:extent cx="742921" cy="164592"/>
                <wp:effectExtent l="0" t="0" r="0" b="0"/>
                <wp:wrapNone/>
                <wp:docPr id="1008" name="Text 10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21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1E6"/>
                                <w:sz w:val="20"/>
                                <w:szCs w:val="20"/>
                              </w:rPr>
                              <w:t xml:space="preserve">6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 Manch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