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0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0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4542739</wp:posOffset>
                </wp:positionV>
                <wp:extent cx="3791330" cy="2203704"/>
                <wp:effectExtent l="0" t="0" r="0" b="0"/>
                <wp:wrapNone/>
                <wp:docPr id="1010" name="Text 10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1330" cy="22037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70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5F2EA"/>
                                <w:sz w:val="230"/>
                                <w:szCs w:val="230"/>
                              </w:rPr>
                              <w:t xml:space="preserve">BYTE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5859475</wp:posOffset>
                </wp:positionV>
                <wp:extent cx="5335738" cy="2203704"/>
                <wp:effectExtent l="0" t="0" r="0" b="0"/>
                <wp:wrapNone/>
                <wp:docPr id="1011" name="Text 10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5738" cy="22037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70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5F2EA"/>
                                <w:sz w:val="230"/>
                                <w:szCs w:val="230"/>
                              </w:rPr>
                              <w:t xml:space="preserve">STORM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268272" cy="146304"/>
                <wp:effectExtent l="0" t="0" r="0" b="0"/>
                <wp:wrapNone/>
                <wp:docPr id="1012" name="Text 10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8272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28"/>
                                <w:sz w:val="20"/>
                                <w:szCs w:val="20"/>
                              </w:rPr>
                              <w:t xml:space="preserve">TECH FEST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7825435</wp:posOffset>
                </wp:positionV>
                <wp:extent cx="4566885" cy="443484"/>
                <wp:effectExtent l="0" t="0" r="0" b="0"/>
                <wp:wrapNone/>
                <wp:docPr id="1013" name="Text 10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6885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7"/>
                                <w:szCs w:val="27"/>
                              </w:rPr>
                              <w:t xml:space="preserve">Hackathon, robo-race, quiz and talks from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7"/>
                                <w:szCs w:val="27"/>
                              </w:rPr>
                              <w:t xml:space="preserve">alumni engineers.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5567010</wp:posOffset>
                </wp:positionH>
                <wp:positionV relativeFrom="page">
                  <wp:posOffset>8750808</wp:posOffset>
                </wp:positionV>
                <wp:extent cx="1245269" cy="146304"/>
                <wp:effectExtent l="0" t="0" r="0" b="0"/>
                <wp:wrapNone/>
                <wp:docPr id="1014" name="Text 10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26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24"/>
                                <w:sz w:val="20"/>
                                <w:szCs w:val="20"/>
                              </w:rPr>
                              <w:t xml:space="preserve">14–15 FEB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Byte Storm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