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1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1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2396826</wp:posOffset>
                </wp:positionH>
                <wp:positionV relativeFrom="page">
                  <wp:posOffset>577900</wp:posOffset>
                </wp:positionV>
                <wp:extent cx="2523507" cy="1536192"/>
                <wp:effectExtent l="0" t="0" r="0" b="0"/>
                <wp:wrapNone/>
                <wp:docPr id="1016" name="Text 10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3507" cy="15361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19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3EEFE"/>
                                <w:sz w:val="202"/>
                                <w:szCs w:val="202"/>
                              </w:rPr>
                              <w:t xml:space="preserve">JOIN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315315</wp:posOffset>
                </wp:positionH>
                <wp:positionV relativeFrom="page">
                  <wp:posOffset>1755648</wp:posOffset>
                </wp:positionV>
                <wp:extent cx="6717285" cy="1536192"/>
                <wp:effectExtent l="0" t="0" r="0" b="0"/>
                <wp:wrapNone/>
                <wp:docPr id="1017" name="Text 10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7285" cy="15361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19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3EEFE"/>
                                <w:spacing w:val="95"/>
                                <w:sz w:val="202"/>
                                <w:szCs w:val="202"/>
                              </w:rPr>
                              <w:t xml:space="preserve">THE FRAME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960677</wp:posOffset>
                </wp:positionH>
                <wp:positionV relativeFrom="page">
                  <wp:posOffset>3099816</wp:posOffset>
                </wp:positionV>
                <wp:extent cx="5393845" cy="488289"/>
                <wp:effectExtent l="0" t="0" r="0" b="0"/>
                <wp:wrapNone/>
                <wp:docPr id="1018" name="Text 10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3845" cy="488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EFE"/>
                                <w:sz w:val="30"/>
                                <w:szCs w:val="30"/>
                              </w:rPr>
                              <w:t xml:space="preserve">Weekly photo walks, editing sessions and an</w:t>
                            </w:r>
                          </w:p>
                          <w:p>
                            <w:pPr>
                              <w:spacing w:before="0" w:after="0" w:line="437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EFE"/>
                                <w:sz w:val="30"/>
                                <w:szCs w:val="30"/>
                              </w:rPr>
                              <w:t xml:space="preserve">end-of-term exhibition.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2102984</wp:posOffset>
                </wp:positionH>
                <wp:positionV relativeFrom="page">
                  <wp:posOffset>8366759</wp:posOffset>
                </wp:positionV>
                <wp:extent cx="3109231" cy="228600"/>
                <wp:effectExtent l="0" t="0" r="0" b="0"/>
                <wp:wrapNone/>
                <wp:docPr id="1019" name="Text 10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923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30A2B"/>
                                <w:spacing w:val="22"/>
                                <w:sz w:val="32"/>
                                <w:szCs w:val="32"/>
                              </w:rPr>
                              <w:t xml:space="preserve">WEDNESDAYS  ·  4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2648209</wp:posOffset>
                </wp:positionH>
                <wp:positionV relativeFrom="page">
                  <wp:posOffset>8759952</wp:posOffset>
                </wp:positionV>
                <wp:extent cx="2018780" cy="137160"/>
                <wp:effectExtent l="0" t="0" r="0" b="0"/>
                <wp:wrapNone/>
                <wp:docPr id="1020" name="Text 10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78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30A2B"/>
                                <w:spacing w:val="37"/>
                                <w:sz w:val="19"/>
                                <w:szCs w:val="19"/>
                              </w:rPr>
                              <w:t xml:space="preserve">RECRUITMENT OPEN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The Frame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